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7FD" w:rsidRPr="00664A7F" w:rsidRDefault="00C305E5">
      <w:pPr>
        <w:rPr>
          <w:lang w:val="ru-RU"/>
        </w:rPr>
        <w:sectPr w:rsidR="002707FD" w:rsidRPr="00664A7F" w:rsidSect="003B6529">
          <w:pgSz w:w="11900" w:h="16840"/>
          <w:pgMar w:top="298" w:right="870" w:bottom="1440" w:left="738" w:header="720" w:footer="720" w:gutter="0"/>
          <w:cols w:space="720" w:equalWidth="0">
            <w:col w:w="10292" w:space="0"/>
          </w:cols>
          <w:docGrid w:linePitch="360"/>
        </w:sectPr>
      </w:pPr>
      <w:bookmarkStart w:id="0" w:name="_GoBack"/>
      <w:bookmarkEnd w:id="0"/>
      <w:r>
        <w:rPr>
          <w:noProof/>
          <w:lang w:val="ru-RU" w:eastAsia="ru-RU"/>
        </w:rPr>
        <w:drawing>
          <wp:inline distT="0" distB="0" distL="0" distR="0">
            <wp:extent cx="6752703" cy="953978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Музыка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08" t="13309" r="10788" b="27195"/>
                    <a:stretch/>
                  </pic:blipFill>
                  <pic:spPr bwMode="auto">
                    <a:xfrm>
                      <a:off x="0" y="0"/>
                      <a:ext cx="6765128" cy="9557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7A44" w:rsidRDefault="004D7A44">
      <w:pPr>
        <w:autoSpaceDE w:val="0"/>
        <w:autoSpaceDN w:val="0"/>
        <w:spacing w:after="78" w:line="220" w:lineRule="exact"/>
      </w:pPr>
    </w:p>
    <w:p w:rsidR="004D7A44" w:rsidRPr="00C305E5" w:rsidRDefault="00664A7F">
      <w:pPr>
        <w:autoSpaceDE w:val="0"/>
        <w:autoSpaceDN w:val="0"/>
        <w:spacing w:after="0" w:line="230" w:lineRule="auto"/>
        <w:rPr>
          <w:lang w:val="ru-RU"/>
        </w:rPr>
      </w:pPr>
      <w:r w:rsidRPr="00C305E5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4D7A44" w:rsidRPr="002707FD" w:rsidRDefault="00664A7F">
      <w:pPr>
        <w:autoSpaceDE w:val="0"/>
        <w:autoSpaceDN w:val="0"/>
        <w:spacing w:before="346" w:after="0" w:line="286" w:lineRule="auto"/>
        <w:ind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по музыке на уровне 1 класса начального общего образования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начального общего образования, с учётом распределённых по модулям проверяемых требований к результатам освоения основной образовательной программы начального общего образования, а также на основе характеристики планируемых результатов духовно-нравственного развития, воспитания и социализации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обучающихся, представленной в Примерной про-грамме воспитания (одобрено решением ФУМО от 02.06.2020). Программа разработана с учётом актуальных целей и задач обучения и воспитания, развития обучающихся и условий, необходимых для достижения личностных, метапредметных и предметных результатов при освоении предметной области «Искусство» (Музыка).</w:t>
      </w:r>
    </w:p>
    <w:p w:rsidR="004D7A44" w:rsidRPr="002707FD" w:rsidRDefault="00664A7F">
      <w:pPr>
        <w:autoSpaceDE w:val="0"/>
        <w:autoSpaceDN w:val="0"/>
        <w:spacing w:before="262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«МУЗЫКА»</w:t>
      </w:r>
    </w:p>
    <w:p w:rsidR="004D7A44" w:rsidRPr="002707FD" w:rsidRDefault="00664A7F">
      <w:pPr>
        <w:autoSpaceDE w:val="0"/>
        <w:autoSpaceDN w:val="0"/>
        <w:spacing w:before="166" w:after="0" w:line="271" w:lineRule="auto"/>
        <w:ind w:right="576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Музыка является неотъемлемой частью культурного наследия, универсальным способом коммуникации. Особенно важна музыка для становления личности младшего школьника — как способ, форма и опыт самовыражения и естественного радостного мировосприятия.</w:t>
      </w:r>
    </w:p>
    <w:p w:rsidR="004D7A44" w:rsidRPr="002707FD" w:rsidRDefault="00664A7F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 течение периода начального общего музыкального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Поэтому в содержании образования должны быть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др.). При этом наиболее эффективной формой освоения музыкального искусства является практическое музицирование — пение, игра на доступных музыкальных инструментах, различные формы музыкального движения. В ходе активной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4D7A44" w:rsidRPr="002707FD" w:rsidRDefault="00664A7F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Программа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 и т. п.). Однако этот уровень содержания обучения не является главным.</w:t>
      </w:r>
    </w:p>
    <w:p w:rsidR="004D7A44" w:rsidRPr="002707FD" w:rsidRDefault="00664A7F">
      <w:pPr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Значительно более важным является формирование эстетических потребностей, проживание и осознание тех особых мыслей и чувств, состояний, отношений к жизни, самому себе, другим людям, которые несёт в себе музыка как «искусство интонируемого смысла» (Б. В. Асафьев).</w:t>
      </w:r>
    </w:p>
    <w:p w:rsidR="004D7A44" w:rsidRPr="002707FD" w:rsidRDefault="00664A7F">
      <w:pPr>
        <w:autoSpaceDE w:val="0"/>
        <w:autoSpaceDN w:val="0"/>
        <w:spacing w:before="72" w:after="0" w:line="281" w:lineRule="auto"/>
        <w:ind w:right="144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Свойственная музыкальному восприятию идентификация с лирическим героем произведения (В. В.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Медушевский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) является уникальным психологическим механизмом для формирования мировоззрения ребёнка опосредованным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недирективным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 путём. Поэтому ключевым моментом при составлении программы является отбор репертуара, который должен сочетать в себе такие качества, как доступность, высокий художественный уровень, соответствие системе базовых национальных ценностей.</w:t>
      </w:r>
    </w:p>
    <w:p w:rsidR="004D7A44" w:rsidRPr="002707FD" w:rsidRDefault="00664A7F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Одним из наиболее важных направлений музыкального воспитания является развитие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</w:t>
      </w:r>
    </w:p>
    <w:p w:rsidR="004D7A44" w:rsidRPr="002707FD" w:rsidRDefault="00664A7F">
      <w:pPr>
        <w:autoSpaceDE w:val="0"/>
        <w:autoSpaceDN w:val="0"/>
        <w:spacing w:before="70" w:after="0"/>
        <w:ind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Особая роль в организации музыкальных занятий младших школьников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— от традиционных фольклорных игр и театрализованных представлений к звуковым импровизациям, направленным на освоение жанровых особенностей,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8" w:right="650" w:bottom="31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2" w:line="220" w:lineRule="exact"/>
        <w:rPr>
          <w:lang w:val="ru-RU"/>
        </w:rPr>
      </w:pPr>
    </w:p>
    <w:p w:rsidR="004D7A44" w:rsidRPr="002707FD" w:rsidRDefault="00664A7F">
      <w:pPr>
        <w:autoSpaceDE w:val="0"/>
        <w:autoSpaceDN w:val="0"/>
        <w:spacing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элементов музыкального языка, композиционных принципов.</w:t>
      </w:r>
    </w:p>
    <w:p w:rsidR="004D7A44" w:rsidRPr="002707FD" w:rsidRDefault="00664A7F">
      <w:pPr>
        <w:autoSpaceDE w:val="0"/>
        <w:autoSpaceDN w:val="0"/>
        <w:spacing w:before="262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ЦЕЛИ И ЗАДАЧИ ИЗУЧЕНИЯ УЧЕБНОГО ПРЕДМЕТА «МУЗЫКА»</w:t>
      </w:r>
    </w:p>
    <w:p w:rsidR="004D7A44" w:rsidRPr="002707FD" w:rsidRDefault="00664A7F">
      <w:pPr>
        <w:autoSpaceDE w:val="0"/>
        <w:autoSpaceDN w:val="0"/>
        <w:spacing w:before="166" w:after="0" w:line="271" w:lineRule="auto"/>
        <w:ind w:right="720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Музыка жизненно необходима для полноценного развития младших школьников. Признание самоценности творческого развития человека, уникального вклада искусства в образование и воспитание делает неприменимыми критерии утилитарности.</w:t>
      </w:r>
    </w:p>
    <w:p w:rsidR="004D7A44" w:rsidRPr="002707FD" w:rsidRDefault="00664A7F">
      <w:pPr>
        <w:autoSpaceDE w:val="0"/>
        <w:autoSpaceDN w:val="0"/>
        <w:spacing w:before="70" w:after="0" w:line="283" w:lineRule="auto"/>
        <w:ind w:right="144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Основная цель реализации программы —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процессе конкретизации учебных целей их реализация осуществляется по следующим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направлениям: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1) становление системы ценностей обучающихся в единстве эмоциональной и познавательной сферы;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2) 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3) формирование творческих способностей ребёнка, развитие внутренней мотивации к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музицированию.</w:t>
      </w:r>
    </w:p>
    <w:p w:rsidR="004D7A44" w:rsidRPr="002707FD" w:rsidRDefault="00664A7F">
      <w:pPr>
        <w:autoSpaceDE w:val="0"/>
        <w:autoSpaceDN w:val="0"/>
        <w:spacing w:before="70" w:after="0" w:line="262" w:lineRule="auto"/>
        <w:ind w:left="180" w:right="432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Важнейшими задачами в начальной школе являются: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1. Формирование эмоционально-ценностной отзывчивости на прекрасное в жизни и в искусстве.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2. 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музицирования.</w:t>
      </w:r>
    </w:p>
    <w:p w:rsidR="004D7A44" w:rsidRPr="002707FD" w:rsidRDefault="00664A7F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3. 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переживания.</w:t>
      </w:r>
    </w:p>
    <w:p w:rsidR="004D7A44" w:rsidRPr="002707FD" w:rsidRDefault="00664A7F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4. 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5. Овладение предметными умениями и навыками в различных видах практического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музицирования. Введение ребёнка в искусство через разнообразие видов музыкальной деятельности, в том числе: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а) Слушание (воспитание грамотного слушателя);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б) Исполнение (пение, игра на доступных музыкальных инструментах);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в) Сочинение (элементы импровизации, композиции, аранжировки);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г) Музыкальное движение (пластическое интонирование, танец, двигательное моделирование и др.);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д) Исследовательские и творческие проекты.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6. 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7. Воспитание уважения к цивилизационному наследию России; присвоение интонационно-образного строя отечественной музыкальной культуры.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8. Расширение кругозора, воспитание любознательности, интереса к музыкальной культуре других стран, культур, времён и народов.</w:t>
      </w:r>
    </w:p>
    <w:p w:rsidR="004D7A44" w:rsidRPr="002707FD" w:rsidRDefault="00664A7F">
      <w:pPr>
        <w:autoSpaceDE w:val="0"/>
        <w:autoSpaceDN w:val="0"/>
        <w:spacing w:before="262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«МУЗЫКА» В УЧЕБНОМ ПЛАНЕ</w:t>
      </w:r>
    </w:p>
    <w:p w:rsidR="004D7A44" w:rsidRPr="002707FD" w:rsidRDefault="00664A7F">
      <w:pPr>
        <w:autoSpaceDE w:val="0"/>
        <w:autoSpaceDN w:val="0"/>
        <w:spacing w:before="166" w:after="0" w:line="230" w:lineRule="auto"/>
        <w:jc w:val="center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Федеральным государственным образовательным стандартом начального общего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2" w:right="648" w:bottom="312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2" w:line="220" w:lineRule="exact"/>
        <w:rPr>
          <w:lang w:val="ru-RU"/>
        </w:rPr>
      </w:pPr>
    </w:p>
    <w:p w:rsidR="004D7A44" w:rsidRPr="002707FD" w:rsidRDefault="00664A7F">
      <w:pPr>
        <w:tabs>
          <w:tab w:val="left" w:pos="180"/>
        </w:tabs>
        <w:autoSpaceDE w:val="0"/>
        <w:autoSpaceDN w:val="0"/>
        <w:spacing w:after="0" w:line="288" w:lineRule="auto"/>
        <w:ind w:right="288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образования учебный предмет «Музыка» входит в предметную область «Искусство», является обязательным для изучения и преподаётся в начальной школе с 1 по 4 класс включительно.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предмета «Музыка» структурно представлено восемью модулями (тематическими линиями), обеспечивающими преемственность с образовательной программой дошкольного и основного общего образования, непрерывность изучения предмета и образовательной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области«Искусство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» на протяжении всего курса школьного обучения: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1 «Музыкальная грамота»;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2 «Народная музыка России»;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3 «Музыка народов мира»;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4 «Духовная музыка»;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5 «Классическая музыка»;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6 «Современная музыкальная культура»;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7 «Музыка театра и кино»;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модуль № 8 «Музыка в жизни человека».</w:t>
      </w:r>
    </w:p>
    <w:p w:rsidR="004D7A44" w:rsidRPr="002707FD" w:rsidRDefault="00664A7F">
      <w:pPr>
        <w:autoSpaceDE w:val="0"/>
        <w:autoSpaceDN w:val="0"/>
        <w:spacing w:before="190" w:after="0" w:line="281" w:lineRule="auto"/>
        <w:ind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предмета «Музыка» предполагает активную социо-культурную деятельность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дисциплинами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образовательной программы, как «Изобразительное искусство», «Литературное чтение»,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«Окружающий мир», «Основы религиозной культуры и светской этики», «Иностранный язык» и др.</w:t>
      </w:r>
    </w:p>
    <w:p w:rsidR="004D7A44" w:rsidRPr="002707FD" w:rsidRDefault="00664A7F">
      <w:pPr>
        <w:autoSpaceDE w:val="0"/>
        <w:autoSpaceDN w:val="0"/>
        <w:spacing w:before="190" w:after="0" w:line="262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Общее число часов, отведённых на изучение предмета «Музыка» в 1 классе составляет 33 часов (не менее 1 часа в неделю).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2" w:right="890" w:bottom="1440" w:left="666" w:header="720" w:footer="720" w:gutter="0"/>
          <w:cols w:space="720" w:equalWidth="0">
            <w:col w:w="10344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8" w:line="220" w:lineRule="exact"/>
        <w:rPr>
          <w:lang w:val="ru-RU"/>
        </w:rPr>
      </w:pPr>
    </w:p>
    <w:p w:rsidR="004D7A44" w:rsidRPr="002707FD" w:rsidRDefault="00664A7F">
      <w:pPr>
        <w:autoSpaceDE w:val="0"/>
        <w:autoSpaceDN w:val="0"/>
        <w:spacing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4D7A44" w:rsidRPr="002707FD" w:rsidRDefault="00664A7F">
      <w:pPr>
        <w:autoSpaceDE w:val="0"/>
        <w:autoSpaceDN w:val="0"/>
        <w:spacing w:before="346" w:after="0" w:line="262" w:lineRule="auto"/>
        <w:ind w:left="180" w:right="5472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«МУЗЫКА В ЖИЗНИ ЧЕЛОВЕКА»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Красота и вдохновение. 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Стремление человека к красоте Особое состояние — вдохновение. Музыка — возможность вместе переживать вдохновение, наслаждаться красотой. Музыкальное единство людей — хор, хоровод.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Музыкальные пейзажи.</w:t>
      </w:r>
    </w:p>
    <w:p w:rsidR="004D7A44" w:rsidRPr="002707FD" w:rsidRDefault="00664A7F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словами.</w:t>
      </w:r>
    </w:p>
    <w:p w:rsidR="004D7A44" w:rsidRPr="002707FD" w:rsidRDefault="00664A7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Музыкальные портреты.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2" w:after="0" w:line="262" w:lineRule="auto"/>
        <w:ind w:right="288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Какой же праздник без музыки?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Музыка, создающая настроение праздника. Музыка в цирке, на уличном шествии, спортивном празднике.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Музыка на войне, музыка о войне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</w:t>
      </w:r>
    </w:p>
    <w:p w:rsidR="004D7A44" w:rsidRPr="002707FD" w:rsidRDefault="00664A7F">
      <w:pPr>
        <w:autoSpaceDE w:val="0"/>
        <w:autoSpaceDN w:val="0"/>
        <w:spacing w:before="190" w:after="0" w:line="262" w:lineRule="auto"/>
        <w:ind w:left="180" w:right="5472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«НАРОДНАЯ МУЗЫКА РОССИИ»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Край, в котором ты живёшь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4D7A44" w:rsidRPr="002707FD" w:rsidRDefault="00664A7F">
      <w:pPr>
        <w:autoSpaceDE w:val="0"/>
        <w:autoSpaceDN w:val="0"/>
        <w:spacing w:before="70" w:after="0" w:line="262" w:lineRule="auto"/>
        <w:ind w:left="180" w:right="1728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Музыкальные традиции малой Родины. Песни, обряды, музыкальные инструменты </w:t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Русский фольклор.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71" w:lineRule="auto"/>
        <w:ind w:right="432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Русские народные песни (трудовые, солдатские, хороводные и др.). Детский фольклор (игровые,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заклички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потешки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, считалки, прибаутки)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Русские народные музыкальные инструменты.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Народные музыкальные инструменты (балалайка, рожок, свирель, гусли, гармонь, ложки).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Инструментальные наигрыши. Плясовые мелодии.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71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Сказки, мифы и легенды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Народные сказители. Русские народные сказания, былины. Эпос народов России2. Сказки и легенды о музыке и музыкантах</w:t>
      </w:r>
    </w:p>
    <w:p w:rsidR="004D7A44" w:rsidRPr="002707FD" w:rsidRDefault="00664A7F">
      <w:pPr>
        <w:autoSpaceDE w:val="0"/>
        <w:autoSpaceDN w:val="0"/>
        <w:spacing w:before="192" w:after="0" w:line="262" w:lineRule="auto"/>
        <w:ind w:left="180" w:right="5904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</w:rPr>
        <w:t>M</w:t>
      </w:r>
      <w:proofErr w:type="spellStart"/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одуль</w:t>
      </w:r>
      <w:proofErr w:type="spellEnd"/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«МУЗЫКАЛЬНАЯ ГРАМОТА»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Весь мир звучит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4D7A44" w:rsidRPr="002707FD" w:rsidRDefault="00664A7F">
      <w:pPr>
        <w:autoSpaceDE w:val="0"/>
        <w:autoSpaceDN w:val="0"/>
        <w:spacing w:before="70" w:after="0" w:line="262" w:lineRule="auto"/>
        <w:ind w:left="180" w:right="1152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Звуки музыкальные и шумовые. Свойства звука: высота, громкость, длительность, тембр. </w:t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Звукоряд.</w:t>
      </w:r>
    </w:p>
    <w:p w:rsidR="004D7A44" w:rsidRPr="002707FD" w:rsidRDefault="00664A7F">
      <w:pPr>
        <w:autoSpaceDE w:val="0"/>
        <w:autoSpaceDN w:val="0"/>
        <w:spacing w:before="70" w:after="0" w:line="262" w:lineRule="auto"/>
        <w:ind w:left="180" w:right="4752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Нотный стан, скрипичный ключ. Ноты первой октавы </w:t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Ритм.</w:t>
      </w:r>
    </w:p>
    <w:p w:rsidR="004D7A44" w:rsidRPr="002707FD" w:rsidRDefault="00664A7F">
      <w:pPr>
        <w:autoSpaceDE w:val="0"/>
        <w:autoSpaceDN w:val="0"/>
        <w:spacing w:before="70" w:after="0" w:line="262" w:lineRule="auto"/>
        <w:ind w:left="180" w:right="144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Звуки длинные и короткие (восьмые и четвертные длительности), такт, тактовая черта </w:t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Ритмический рисунок.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Длительности половинная, целая, шестнадцатые. Паузы. Ритмические рисунки. Ритмическая партитура.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Высота звуков.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Регистры. Ноты певческого диапазона. Расположение нот на клавиатуре. Знаки </w:t>
      </w:r>
      <w:proofErr w:type="gram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альтерации.(</w:t>
      </w:r>
      <w:proofErr w:type="gram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диезы, бемоли, бекары).</w:t>
      </w:r>
    </w:p>
    <w:p w:rsidR="004D7A44" w:rsidRPr="002707FD" w:rsidRDefault="00664A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"КЛАССИЧЕСКАЯ МУЗЫКА"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8" w:right="650" w:bottom="4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8" w:line="220" w:lineRule="exact"/>
        <w:rPr>
          <w:lang w:val="ru-RU"/>
        </w:rPr>
      </w:pPr>
    </w:p>
    <w:p w:rsidR="004D7A44" w:rsidRPr="002707FD" w:rsidRDefault="00664A7F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Композиторы — детям.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71" w:lineRule="auto"/>
        <w:ind w:right="1152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Детская музыка П. И. Чайковского, С. С. Прокофьева, Д. Б.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Кабалевского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 и др. Понятие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жанра.Песня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, танец, марш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Оркестр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Оркестр — большой коллектив музыкантов. Дирижёр, партитура, репетиция. Жанр концерта —музыкальное соревнование солиста с оркестром.</w:t>
      </w:r>
    </w:p>
    <w:p w:rsidR="004D7A44" w:rsidRPr="002707FD" w:rsidRDefault="00664A7F">
      <w:pPr>
        <w:autoSpaceDE w:val="0"/>
        <w:autoSpaceDN w:val="0"/>
        <w:spacing w:before="62" w:after="0" w:line="24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Музыкальные инструменты. Форте</w:t>
      </w:r>
      <w:r w:rsidRPr="002707FD">
        <w:rPr>
          <w:rFonts w:ascii="DejaVu Serif" w:eastAsia="DejaVu Serif" w:hAnsi="DejaVu Serif"/>
          <w:color w:val="000000"/>
          <w:sz w:val="24"/>
          <w:lang w:val="ru-RU"/>
        </w:rPr>
        <w:t>​</w:t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пиано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64" w:after="0" w:line="262" w:lineRule="auto"/>
        <w:ind w:right="576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Рояль и пианино. История изобретения фортепиано, «секрет» названия инструмента (форте + пиано). «Предки» и «наследники» фортепиано (клавесин,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синте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​затор).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Музыкальные инструменты. Флейта.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2" w:after="0" w:line="262" w:lineRule="auto"/>
        <w:ind w:right="86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Предки современной флейты. Легенда о нимфе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Сиринкс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 Музыка для флейты соло, флейты в сопровождении фортепиано, оркестра.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Музыкальные инструменты. Скрипка, виолончель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4D7A44" w:rsidRPr="002707FD" w:rsidRDefault="00664A7F">
      <w:pPr>
        <w:autoSpaceDE w:val="0"/>
        <w:autoSpaceDN w:val="0"/>
        <w:spacing w:before="190" w:after="0" w:line="262" w:lineRule="auto"/>
        <w:ind w:left="180" w:right="6480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"ДУХОВНАЯ МУЗЫКА"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Песни верующих.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Молитва, хорал, песнопение, духовный стих. Образы духовной музыки в творчестве композиторов-классиков.</w:t>
      </w:r>
    </w:p>
    <w:p w:rsidR="004D7A44" w:rsidRPr="002707FD" w:rsidRDefault="00664A7F">
      <w:pPr>
        <w:autoSpaceDE w:val="0"/>
        <w:autoSpaceDN w:val="0"/>
        <w:spacing w:before="190" w:after="0" w:line="262" w:lineRule="auto"/>
        <w:ind w:left="180" w:right="5904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"МУЗЫКА НАРОДОВ МИРА"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Музыка наших соседей.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Фольклор и музыкальные традиции Белоруссии, Украины, Прибалтики (песни, танцы, обычаи, музыкальные инструменты).</w:t>
      </w:r>
    </w:p>
    <w:p w:rsidR="004D7A44" w:rsidRPr="002707FD" w:rsidRDefault="00664A7F">
      <w:pPr>
        <w:autoSpaceDE w:val="0"/>
        <w:autoSpaceDN w:val="0"/>
        <w:spacing w:before="190" w:after="0" w:line="262" w:lineRule="auto"/>
        <w:ind w:left="180" w:right="5904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"МУЗЫКА ТЕАТРА И КИНО"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Музыкальная сказка на сцене, на экране.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Характеры персонажей, отражённые в музыке. Тембр голоса. Соло. Хор, ансамбль.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8" w:right="778" w:bottom="1440" w:left="666" w:header="720" w:footer="720" w:gutter="0"/>
          <w:cols w:space="720" w:equalWidth="0">
            <w:col w:w="10456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8" w:line="220" w:lineRule="exact"/>
        <w:rPr>
          <w:lang w:val="ru-RU"/>
        </w:rPr>
      </w:pPr>
    </w:p>
    <w:p w:rsidR="004D7A44" w:rsidRPr="002707FD" w:rsidRDefault="00664A7F">
      <w:pPr>
        <w:autoSpaceDE w:val="0"/>
        <w:autoSpaceDN w:val="0"/>
        <w:spacing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346" w:after="0" w:line="262" w:lineRule="auto"/>
        <w:ind w:right="288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Специфика эстетического содержания предмета «Музыка» обусловливает тесное взаимодействие, смысловое единство трёх групп результатов: личностных, метапредметных и предметных.</w:t>
      </w:r>
    </w:p>
    <w:p w:rsidR="004D7A44" w:rsidRPr="002707FD" w:rsidRDefault="00664A7F">
      <w:pPr>
        <w:autoSpaceDE w:val="0"/>
        <w:autoSpaceDN w:val="0"/>
        <w:spacing w:before="262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66" w:after="0" w:line="286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освоения рабочей программы по музыке для начального общего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образования достигаются во взаимодействии учебной и воспитательной работы, урочной и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внеурочной деятельности. Они должны отражать готовность обучающихся руководствоваться системой позитивных ценностных ориентаций, в том числе в части: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Гражданско-патриотического воспитания: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российской гражданской идентичности; знание Гимна России и традиций его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/>
        <w:ind w:right="1152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Духовно-нравственного воспитания: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признание 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/>
        <w:ind w:right="432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Эстетического воспитания: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самовыражению в разных видах искусства.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Ценности научного познания: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 познании.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Физического воспитания, формирования культуры здоровья и эмоционального благополучия: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соблюдение правил здорового и безопасного (для себя и других людей) образа жизни в окружающей среде; 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 профилактика умственного и физического утомления с использованием возможностей музыкотерапии.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2" w:after="0"/>
        <w:ind w:right="288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Трудового воспитания: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:rsidR="004D7A44" w:rsidRPr="002707FD" w:rsidRDefault="00664A7F">
      <w:pPr>
        <w:autoSpaceDE w:val="0"/>
        <w:autoSpaceDN w:val="0"/>
        <w:spacing w:before="70" w:after="0" w:line="262" w:lineRule="auto"/>
        <w:ind w:left="180" w:right="2592"/>
        <w:rPr>
          <w:lang w:val="ru-RU"/>
        </w:rPr>
      </w:pPr>
      <w:r w:rsidRPr="002707F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Экологического воспитания: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бережное отношение к природе; неприятие действий, приносящих ей вред.</w:t>
      </w:r>
    </w:p>
    <w:p w:rsidR="004D7A44" w:rsidRPr="002707FD" w:rsidRDefault="00664A7F">
      <w:pPr>
        <w:autoSpaceDE w:val="0"/>
        <w:autoSpaceDN w:val="0"/>
        <w:spacing w:before="262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66" w:after="0" w:line="271" w:lineRule="auto"/>
        <w:ind w:right="288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Метапредметные результаты освоения основной образовательной программы, формируемые при изучении предмета «Музыка»: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1. Овладение универсальными познавательными действиями.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>Базовые логические действия: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8" w:right="650" w:bottom="33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8" w:line="220" w:lineRule="exact"/>
        <w:rPr>
          <w:lang w:val="ru-RU"/>
        </w:rPr>
      </w:pPr>
    </w:p>
    <w:p w:rsidR="004D7A44" w:rsidRPr="002707FD" w:rsidRDefault="00664A7F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- 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- устанавливать причинно-следственные связи в ситуациях музыкального восприятия и исполнения, делать выводы.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2" w:after="0" w:line="288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Базовые исследовательские действия: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исполнительских навыков;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причина — следствие);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классификации, сравнения, исследования);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Работа с информацией: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 источник получения информации;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согласно заданному алгоритму находить в предложенном источнике информацию, представленную в явном виде;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текстовую, видео-, графическую, звуковую, информацию в соответствии с учебной задачей;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музыкальные тексты (акустические и нотные) по предложенному учителем алгоритму;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создавать схемы, таблицы для представления информации.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Овладение универсальными коммуникативными действиями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Невербальная коммуникация: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музыку как специфическую форму общения людей, стремиться понять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эмоционально-образное содержание музыкального высказывания;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выступать перед публикой в качестве исполнителя музыки (соло или в коллективе);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передавать в собственном исполнении музыки художественное содержание, выражать настроение,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8" w:right="720" w:bottom="428" w:left="666" w:header="720" w:footer="720" w:gutter="0"/>
          <w:cols w:space="720" w:equalWidth="0">
            <w:col w:w="10514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66" w:line="220" w:lineRule="exact"/>
        <w:rPr>
          <w:lang w:val="ru-RU"/>
        </w:rPr>
      </w:pPr>
    </w:p>
    <w:p w:rsidR="004D7A44" w:rsidRPr="002707FD" w:rsidRDefault="00664A7F">
      <w:pPr>
        <w:tabs>
          <w:tab w:val="left" w:pos="180"/>
        </w:tabs>
        <w:autoSpaceDE w:val="0"/>
        <w:autoSpaceDN w:val="0"/>
        <w:spacing w:after="0" w:line="271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чувства, личное отношение к исполняемому произведению;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Вербальная коммуникация: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уважительное отношение к собеседнику, соблюдать правила ведения диалога и дискуссии;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признавать возможность существования разных точек зрения;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корректно и аргументированно высказывать своё мнение;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строить речевое высказывание в соответствии с поставленной задачей;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создавать устные и письменные тексты (описание, рассуждение, повествование);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готовить небольшие публичные выступления;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подбирать иллюстративный материал (рисунки, фото, плакаты) к тексту выступления.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88" w:lineRule="auto"/>
        <w:ind w:right="14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Совместная деятельность (сотрудничество):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ответственно выполнять свою часть работы; оценивать свой вклад в общий результат;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выполнять совместные проектные, творческие задания с опорой на предложенные образцы.</w:t>
      </w:r>
    </w:p>
    <w:p w:rsidR="004D7A44" w:rsidRPr="002707FD" w:rsidRDefault="00664A7F">
      <w:pPr>
        <w:autoSpaceDE w:val="0"/>
        <w:autoSpaceDN w:val="0"/>
        <w:spacing w:before="70" w:after="0"/>
        <w:ind w:left="180" w:right="2304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Овладение универсальными регулятивными действиями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Самоорганизация: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планировать действия по решению учебной задачи для получения результата; выстраивать последовательность выбранных действий.</w:t>
      </w:r>
    </w:p>
    <w:p w:rsidR="004D7A44" w:rsidRPr="002707FD" w:rsidRDefault="00664A7F">
      <w:pPr>
        <w:autoSpaceDE w:val="0"/>
        <w:autoSpaceDN w:val="0"/>
        <w:spacing w:before="72" w:after="0" w:line="271" w:lineRule="auto"/>
        <w:ind w:left="180" w:right="360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Самоконтроль: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устанавливать причины успеха/неудач учебной деятельности; корректировать свои учебные действия для преодоления ошибок.</w:t>
      </w:r>
    </w:p>
    <w:p w:rsidR="004D7A44" w:rsidRPr="002707FD" w:rsidRDefault="00664A7F">
      <w:pPr>
        <w:autoSpaceDE w:val="0"/>
        <w:autoSpaceDN w:val="0"/>
        <w:spacing w:before="70" w:after="0"/>
        <w:ind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:rsidR="004D7A44" w:rsidRPr="002707FD" w:rsidRDefault="00664A7F">
      <w:pPr>
        <w:autoSpaceDE w:val="0"/>
        <w:autoSpaceDN w:val="0"/>
        <w:spacing w:before="262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4D7A44" w:rsidRPr="002707FD" w:rsidRDefault="00664A7F">
      <w:pPr>
        <w:autoSpaceDE w:val="0"/>
        <w:autoSpaceDN w:val="0"/>
        <w:spacing w:before="166" w:after="0"/>
        <w:ind w:right="144" w:firstLine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4D7A44" w:rsidRPr="002707FD" w:rsidRDefault="00664A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Обучающиеся, освоившие основную образовательную программу по предмету «Музыка»: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86" w:right="674" w:bottom="402" w:left="666" w:header="720" w:footer="720" w:gutter="0"/>
          <w:cols w:space="720" w:equalWidth="0">
            <w:col w:w="10560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8" w:line="220" w:lineRule="exact"/>
        <w:rPr>
          <w:lang w:val="ru-RU"/>
        </w:rPr>
      </w:pPr>
    </w:p>
    <w:p w:rsidR="004D7A44" w:rsidRPr="002707FD" w:rsidRDefault="00664A7F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 интересом занимаются музыкой, любят петь, играть на доступных музыкальных инструментах, умеют слушать серьёзную музыку, знают правила поведения в театре, концертном зале;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сознательно стремятся к развитию своих музыкальных способностей;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имеют опыт восприятия, исполнения музыки разных жанров, творческой деятельности в различных смежных видах искусства;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 уважением относятся к достижениям отечественной музыкальной культуры;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стремятся к расширению своего музыкального кругозора.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Предметные результаты, формируемые в ходе изучения предмета «Музыка», сгруппированы по учебным модулям и должны отражать сформированность умений: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92" w:after="0" w:line="286" w:lineRule="auto"/>
        <w:ind w:right="144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«Музыка в жизни человека»: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танцевальность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маршевость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 (связь с движением),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декламационность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, эпос (связь со словом);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потребностей.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 «Народная музыка России»: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на слух и называть знакомые народные музыкальные инструменты;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группировать народные музыкальные инструменты по принципу звукоизвлечения: духовые, ударные, струнные;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принадлежность музыкальных произведений и их фрагментов к композиторскому или народному творчеству;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манеру пения, инструментального исполнения, типы солистов и коллективов — народных и академических;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создавать ритмический аккомпанемент на ударных инструментах при исполнении народной песни;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исполнять народные произведения различных жанров с сопровождением и без сопровождения;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участвовать в коллективной игре/импровизации (вокальной, инструментальной, танцевальной) на основе освоенных фольклорных жанров.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90" w:after="0" w:line="286" w:lineRule="auto"/>
        <w:ind w:right="288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 «Музыкальная грамота»: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классифицировать звуки: шумовые и музыкальные, длинные, короткие, тихие, громкие, низкие, высокие;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изобразительные и выразительные интонации, находить признаки сходства и различия музыкальных и речевых интонаций;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на слух принципы развития: повтор, контраст, варьирование;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понимать значение термина «музыкальная форма», определять на слух простые музыкальные формы — двухчастную, трёхчастную и трёхчастную репризную, рондо, вариации;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8" w:right="662" w:bottom="416" w:left="666" w:header="720" w:footer="720" w:gutter="0"/>
          <w:cols w:space="720" w:equalWidth="0">
            <w:col w:w="10572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8" w:line="220" w:lineRule="exact"/>
        <w:rPr>
          <w:lang w:val="ru-RU"/>
        </w:rPr>
      </w:pPr>
    </w:p>
    <w:p w:rsidR="004D7A44" w:rsidRPr="002707FD" w:rsidRDefault="00664A7F">
      <w:pPr>
        <w:autoSpaceDE w:val="0"/>
        <w:autoSpaceDN w:val="0"/>
        <w:spacing w:after="0" w:line="271" w:lineRule="auto"/>
        <w:ind w:left="180" w:right="3312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нотной записи в пределах певческого диапазона; исполнять и создавать различные ритмические рисунки;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исполнять песни с простым мелодическим рисунком.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«Классическая музыка»: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на слух произведения классической музыки, называть автора и произведение,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исполнительский состав;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исполнять (в том числе фрагментарно, отдельными темами) сочинения композиторов-классиков;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выразительные средства, использованные композитором для создания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музыкального образа;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«Духовная музыка»: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характер, настроение музыкальных произведений духовной музыки, характеризовать её жизненное предназначение;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исполнять доступные образцы духовной музыки;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«Музыка народов мира»: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на слух и исполнять произведения народной и композиторской музыки других стран;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на слух принадлежность народных музыкальных инструментов к группам духовых, струнных, ударно-шумовых инструментов;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 </w:t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4D7A44" w:rsidRPr="002707FD" w:rsidRDefault="00664A7F">
      <w:pPr>
        <w:tabs>
          <w:tab w:val="left" w:pos="180"/>
        </w:tabs>
        <w:autoSpaceDE w:val="0"/>
        <w:autoSpaceDN w:val="0"/>
        <w:spacing w:before="192" w:after="0" w:line="286" w:lineRule="auto"/>
        <w:rPr>
          <w:lang w:val="ru-RU"/>
        </w:rPr>
      </w:pP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«Музыка театра и кино»: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и называть особенности музыкально-сценических жанров (опера, балет, оперетта, мюзикл);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отдельные номера музыкального спектакля (ария, хор, увертюра и т. д.), узнавать на слух и называть освоенные музыкальные произведения (фрагменты) и их авторов;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 </w:t>
      </w:r>
      <w:r w:rsidRPr="002707FD">
        <w:rPr>
          <w:lang w:val="ru-RU"/>
        </w:rPr>
        <w:br/>
      </w:r>
      <w:r w:rsidRPr="002707FD">
        <w:rPr>
          <w:lang w:val="ru-RU"/>
        </w:rPr>
        <w:tab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8" w:right="666" w:bottom="1028" w:left="666" w:header="720" w:footer="720" w:gutter="0"/>
          <w:cols w:space="720" w:equalWidth="0">
            <w:col w:w="10568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64" w:line="220" w:lineRule="exact"/>
        <w:rPr>
          <w:lang w:val="ru-RU"/>
        </w:rPr>
      </w:pPr>
    </w:p>
    <w:p w:rsidR="004D7A44" w:rsidRDefault="00664A7F">
      <w:pPr>
        <w:autoSpaceDE w:val="0"/>
        <w:autoSpaceDN w:val="0"/>
        <w:spacing w:after="232" w:line="230" w:lineRule="auto"/>
      </w:pPr>
      <w:r>
        <w:rPr>
          <w:rFonts w:ascii="Times New Roman" w:eastAsia="Times New Roman" w:hAnsi="Times New Roman"/>
          <w:b/>
          <w:color w:val="000000"/>
          <w:w w:val="101"/>
          <w:sz w:val="17"/>
        </w:rPr>
        <w:t xml:space="preserve">ТЕМАТИЧЕСКОЕ ПЛАНИРОВАНИЕ </w:t>
      </w: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420"/>
        <w:gridCol w:w="1140"/>
        <w:gridCol w:w="472"/>
        <w:gridCol w:w="988"/>
        <w:gridCol w:w="1022"/>
        <w:gridCol w:w="2382"/>
        <w:gridCol w:w="2784"/>
        <w:gridCol w:w="2298"/>
        <w:gridCol w:w="720"/>
        <w:gridCol w:w="1406"/>
        <w:gridCol w:w="744"/>
        <w:gridCol w:w="1234"/>
      </w:tblGrid>
      <w:tr w:rsidR="004D7A44">
        <w:trPr>
          <w:trHeight w:hRule="exact" w:val="310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п/п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7" w:lineRule="auto"/>
              <w:ind w:left="64" w:right="130"/>
              <w:jc w:val="both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b/>
                <w:color w:val="000000"/>
                <w:sz w:val="14"/>
                <w:lang w:val="ru-RU"/>
              </w:rPr>
              <w:t>Наименование разделов и тем программы</w:t>
            </w:r>
          </w:p>
        </w:tc>
        <w:tc>
          <w:tcPr>
            <w:tcW w:w="24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часов</w:t>
            </w:r>
            <w:proofErr w:type="spellEnd"/>
          </w:p>
        </w:tc>
        <w:tc>
          <w:tcPr>
            <w:tcW w:w="7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Репертуар 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изучения</w:t>
            </w:r>
          </w:p>
        </w:tc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Виды деятельности</w:t>
            </w:r>
          </w:p>
        </w:tc>
        <w:tc>
          <w:tcPr>
            <w:tcW w:w="7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7" w:lineRule="auto"/>
              <w:ind w:left="64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контроля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50" w:lineRule="auto"/>
              <w:ind w:left="64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образовательные ресурсы</w:t>
            </w:r>
          </w:p>
        </w:tc>
      </w:tr>
      <w:tr w:rsidR="004D7A44">
        <w:trPr>
          <w:trHeight w:hRule="exact" w:val="514"/>
        </w:trPr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всего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6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контрольные работы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практические работы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для слушания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для пения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для музицирования</w:t>
            </w: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</w:tr>
      <w:tr w:rsidR="004D7A44" w:rsidRPr="00C305E5">
        <w:trPr>
          <w:trHeight w:hRule="exact" w:val="314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2" w:after="0" w:line="230" w:lineRule="auto"/>
              <w:ind w:left="6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Модуль 1. </w:t>
            </w:r>
            <w:r w:rsidRPr="002707FD">
              <w:rPr>
                <w:rFonts w:ascii="Times New Roman" w:eastAsia="Times New Roman" w:hAnsi="Times New Roman"/>
                <w:b/>
                <w:color w:val="000000"/>
                <w:sz w:val="14"/>
                <w:lang w:val="ru-RU"/>
              </w:rPr>
              <w:t>Музыка в жизни человека</w:t>
            </w:r>
          </w:p>
        </w:tc>
      </w:tr>
      <w:tr w:rsidR="004D7A44">
        <w:trPr>
          <w:trHeight w:hRule="exact" w:val="82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Красота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>и вдохновение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0" w:lineRule="auto"/>
              <w:ind w:left="64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П.И.Чайковский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"Вальс цветов".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0" w:lineRule="auto"/>
              <w:ind w:left="66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Д.Б.Кабалевский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"Песня о школе".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"Осенняя песнь" из цикла "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Времена года"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П.И.Чайковский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01.09.22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Диалог с учителем о значении красоты и вдохновения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 жизни человека.;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271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1.2.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Музыкальные пейзажи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4" w:right="288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П.И.Чайковский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"Времена года"-"Осень"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6"/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Л.Цаллагова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"Песни об осени".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О.Амбалова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Счастливая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песенка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".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6" w:right="144"/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"Утро" из сюиты "Пер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Гюнт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". </w:t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>Э. Григ.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</w:rPr>
            </w:pPr>
            <w:r w:rsidRPr="00A124EE">
              <w:rPr>
                <w:sz w:val="18"/>
                <w:szCs w:val="18"/>
              </w:rPr>
              <w:t>08.09.22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2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Слушание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произведений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программной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музыки,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посвящённой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образам природы.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Подбор эпитетов для описания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настроения,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характера музыки.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2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Сопоставление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музыки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 произведениями изобразительного искусства.;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0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314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2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Модуль 2. </w:t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Народная музыка России</w:t>
            </w:r>
          </w:p>
        </w:tc>
      </w:tr>
      <w:tr w:rsidR="004D7A44">
        <w:trPr>
          <w:trHeight w:hRule="exact" w:val="82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 w:right="432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Русский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>фольклор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0" w:lineRule="auto"/>
              <w:ind w:left="64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Р.н.п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"Во поле березка стояла".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Р.н.п."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Дудочка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".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Р.н.п."Дудочка".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</w:rPr>
            </w:pPr>
            <w:r w:rsidRPr="00A124EE">
              <w:rPr>
                <w:sz w:val="18"/>
                <w:szCs w:val="18"/>
              </w:rPr>
              <w:t>15.09.22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Разучивание,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исполнение русских народных песен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разных жанров.;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1344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2.2.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50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Русские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народные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музыкальные инструменты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3" w:lineRule="auto"/>
              <w:ind w:left="64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Р.н.п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"Светит месяц".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Ф.н.п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Пастушья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".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6" w:right="28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"Весёлый пастушок"-народная песня.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22.09.22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4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Знакомство с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внешним видом, особенностями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исполнения 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звучания русских народных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инструментов.;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82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2.3.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Сказки, мифы и легенды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4" w:right="432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Н.А.Римский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-Корсаков опера -"Сказка о царе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Салтане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0" w:lineRule="auto"/>
              <w:ind w:left="66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Р.н.п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"Во саду ли в огороде".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Пастушья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песенка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К.Алемесова</w:t>
            </w:r>
            <w:proofErr w:type="spellEnd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29.09.22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Просмотр фильмов, мультфильмов,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созданных на основе былин, сказаний.;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0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3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294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2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Модуль 3.</w:t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 Музыкальная грамота</w:t>
            </w:r>
          </w:p>
        </w:tc>
      </w:tr>
    </w:tbl>
    <w:p w:rsidR="004D7A44" w:rsidRDefault="004D7A44">
      <w:pPr>
        <w:autoSpaceDE w:val="0"/>
        <w:autoSpaceDN w:val="0"/>
        <w:spacing w:after="0" w:line="14" w:lineRule="exact"/>
      </w:pPr>
    </w:p>
    <w:p w:rsidR="004D7A44" w:rsidRDefault="004D7A44">
      <w:pPr>
        <w:sectPr w:rsidR="004D7A44" w:rsidSect="00B471AE">
          <w:pgSz w:w="16840" w:h="11900" w:orient="landscape"/>
          <w:pgMar w:top="988" w:right="656" w:bottom="284" w:left="544" w:header="720" w:footer="720" w:gutter="0"/>
          <w:cols w:space="720" w:equalWidth="0">
            <w:col w:w="15196" w:space="0"/>
          </w:cols>
          <w:docGrid w:linePitch="360"/>
        </w:sectPr>
      </w:pPr>
    </w:p>
    <w:p w:rsidR="004D7A44" w:rsidRDefault="004D7A44">
      <w:pPr>
        <w:autoSpaceDE w:val="0"/>
        <w:autoSpaceDN w:val="0"/>
        <w:spacing w:after="66" w:line="220" w:lineRule="exact"/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420"/>
        <w:gridCol w:w="1140"/>
        <w:gridCol w:w="472"/>
        <w:gridCol w:w="988"/>
        <w:gridCol w:w="1022"/>
        <w:gridCol w:w="2382"/>
        <w:gridCol w:w="2784"/>
        <w:gridCol w:w="2298"/>
        <w:gridCol w:w="720"/>
        <w:gridCol w:w="1406"/>
        <w:gridCol w:w="744"/>
        <w:gridCol w:w="1234"/>
      </w:tblGrid>
      <w:tr w:rsidR="004D7A44">
        <w:trPr>
          <w:trHeight w:hRule="exact" w:val="154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3.1.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Весь мир звучит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0.5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0.5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Звуки природы.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0" w:lineRule="auto"/>
              <w:ind w:left="6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</w:t>
            </w:r>
            <w:proofErr w:type="spellStart"/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Ах,какая</w:t>
            </w:r>
            <w:proofErr w:type="spellEnd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осень" -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сл.и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муз.З.Роот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43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Детская сюита "Зарисовки"-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Е.Дербенко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6.10.22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0" w:lineRule="auto"/>
              <w:ind w:left="64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Знакомство со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звуками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музыкальными и шумовыми.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Различение,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определение на слух звуков различного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качества.;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168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3.2.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Звукоряд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0.5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0.5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Л.Роджерс "Звуки музыки".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Л.Роджерс "Звуки музыки".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М.Лазарев "Семь нот".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13.10.22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4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Знакомство с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элементами нотной записи. Различение по нотной записи,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определение на слух звукоряда в отличие от других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последовательностей звуков.;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1514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3.3.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Ритм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"Футбольный марш"-М.Блантер.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"Мячик"-З.Хабалова.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6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"Марш деревянных солдатиков"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П.И.Чайковский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20.10.22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54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Определение на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слух, прослеживание по нотной записи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ритмических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рисунков, состоящих из различных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длительностей 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пауз.;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151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3.4.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Ритмический рисунок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"До-ре-ми" </w:t>
            </w:r>
            <w:r w:rsidRPr="002707FD">
              <w:rPr>
                <w:lang w:val="ru-RU"/>
              </w:rPr>
              <w:br/>
            </w:r>
            <w:proofErr w:type="spellStart"/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Муз.М.А.Островского,сл.З.Петровой</w:t>
            </w:r>
            <w:proofErr w:type="spellEnd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30" w:lineRule="auto"/>
              <w:jc w:val="center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"Пусть всегда будет солнце"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А.Островский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Птичка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В.Рыбаков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20.10.22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54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Исполнение,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импровизация с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помощью звучащих жестов (хлопки,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шлепки, притопы) и/или ударных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инструментов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простых ритмов.;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2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3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312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Модуль 4.</w:t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 Классическая музыка</w:t>
            </w:r>
          </w:p>
        </w:tc>
      </w:tr>
      <w:tr w:rsidR="004D7A44">
        <w:trPr>
          <w:trHeight w:hRule="exact" w:val="22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4.1.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Композиторы —детям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"Детский альбом"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П.И.Чайковский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8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"Скворцова прощается" </w:t>
            </w:r>
            <w:r w:rsidRPr="002707FD">
              <w:rPr>
                <w:lang w:val="ru-RU"/>
              </w:rPr>
              <w:br/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м.Т.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Попатенко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сл.М.Ивенсен</w:t>
            </w:r>
            <w:proofErr w:type="spellEnd"/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57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"Неаполитанская песенка"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П.И.Чайковский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27.10.22</w:t>
            </w:r>
          </w:p>
          <w:p w:rsidR="00A124EE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10.11.22</w:t>
            </w:r>
          </w:p>
          <w:p w:rsidR="00A124EE" w:rsidRPr="002707FD" w:rsidRDefault="00A124EE">
            <w:pPr>
              <w:rPr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17.11.22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4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Слушание музыки,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определение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основного характера, музыкально-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выразительных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средств,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использованных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композитором.</w:t>
            </w:r>
          </w:p>
          <w:p w:rsidR="004D7A44" w:rsidRPr="002707FD" w:rsidRDefault="00664A7F">
            <w:pPr>
              <w:autoSpaceDE w:val="0"/>
              <w:autoSpaceDN w:val="0"/>
              <w:spacing w:before="16" w:after="0" w:line="247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Подбор эпитетов, иллюстраций к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музыке.</w:t>
            </w:r>
          </w:p>
          <w:p w:rsidR="004D7A44" w:rsidRDefault="00664A7F">
            <w:pPr>
              <w:autoSpaceDE w:val="0"/>
              <w:autoSpaceDN w:val="0"/>
              <w:spacing w:before="18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Определение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жанра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 опрос;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123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4.2.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Оркестр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4" w:right="43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"Утро"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Э.Григ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. 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Шахерезада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Н.А.Римский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- Корсаков.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Весёлый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музыкант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М.Филиппенко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30" w:lineRule="auto"/>
              <w:ind w:left="6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"Дин-дон"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Д.Б.Кабалевский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24.11.22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52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Слушание музыки в исполнении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оркестра. Просмотр видеозаписи. Диалог с учителем о роли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дирижёра.;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</w:tbl>
    <w:p w:rsidR="004D7A44" w:rsidRDefault="004D7A44">
      <w:pPr>
        <w:autoSpaceDE w:val="0"/>
        <w:autoSpaceDN w:val="0"/>
        <w:spacing w:after="0" w:line="14" w:lineRule="exact"/>
      </w:pPr>
    </w:p>
    <w:p w:rsidR="004D7A44" w:rsidRDefault="004D7A44">
      <w:pPr>
        <w:sectPr w:rsidR="004D7A44" w:rsidSect="00B471AE">
          <w:pgSz w:w="16840" w:h="11900" w:orient="landscape"/>
          <w:pgMar w:top="488" w:right="656" w:bottom="284" w:left="544" w:header="720" w:footer="720" w:gutter="0"/>
          <w:cols w:space="720" w:equalWidth="0">
            <w:col w:w="15696" w:space="0"/>
          </w:cols>
          <w:docGrid w:linePitch="360"/>
        </w:sectPr>
      </w:pPr>
    </w:p>
    <w:p w:rsidR="004D7A44" w:rsidRDefault="004D7A44">
      <w:pPr>
        <w:autoSpaceDE w:val="0"/>
        <w:autoSpaceDN w:val="0"/>
        <w:spacing w:after="66" w:line="220" w:lineRule="exact"/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420"/>
        <w:gridCol w:w="1140"/>
        <w:gridCol w:w="472"/>
        <w:gridCol w:w="988"/>
        <w:gridCol w:w="1022"/>
        <w:gridCol w:w="2382"/>
        <w:gridCol w:w="2784"/>
        <w:gridCol w:w="2298"/>
        <w:gridCol w:w="720"/>
        <w:gridCol w:w="1406"/>
        <w:gridCol w:w="744"/>
        <w:gridCol w:w="1234"/>
      </w:tblGrid>
      <w:tr w:rsidR="004D7A44">
        <w:trPr>
          <w:trHeight w:hRule="exact" w:val="1514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4.3.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7" w:lineRule="auto"/>
              <w:ind w:left="64" w:right="23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Музыкальные инструменты. Фортепиано.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"Вальс" Ф.Шуберт.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"Улыбка" В.Шаинский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"Весёлый музыкант" </w:t>
            </w:r>
            <w:r w:rsidRPr="002707FD">
              <w:rPr>
                <w:lang w:val="ru-RU"/>
              </w:rPr>
              <w:br/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м.Т.Филиппенко.,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сл.Т.Волгиной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124EE" w:rsidRDefault="00A124EE">
            <w:pPr>
              <w:rPr>
                <w:sz w:val="18"/>
                <w:szCs w:val="18"/>
                <w:lang w:val="ru-RU"/>
              </w:rPr>
            </w:pPr>
            <w:r w:rsidRPr="00A124EE">
              <w:rPr>
                <w:sz w:val="18"/>
                <w:szCs w:val="18"/>
                <w:lang w:val="ru-RU"/>
              </w:rPr>
              <w:t>01.12.2</w:t>
            </w:r>
            <w:r w:rsidR="00C55CC4">
              <w:rPr>
                <w:sz w:val="18"/>
                <w:szCs w:val="18"/>
                <w:lang w:val="ru-RU"/>
              </w:rPr>
              <w:t>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7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Знакомство с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многообразием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красок фортепиано.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2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Слушание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фортепианных пьес в исполнении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известных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пианистов.;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0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5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314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2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Модуль 5.</w:t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 Духовная музыка</w:t>
            </w:r>
          </w:p>
        </w:tc>
      </w:tr>
      <w:tr w:rsidR="004D7A44">
        <w:trPr>
          <w:trHeight w:hRule="exact" w:val="82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5.1.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left="64" w:right="432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Песни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>верующих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7" w:lineRule="auto"/>
              <w:ind w:left="64" w:right="43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</w:t>
            </w:r>
            <w:proofErr w:type="spellStart"/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Богородице,Дево</w:t>
            </w:r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,радуйся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 </w:t>
            </w:r>
            <w:r w:rsidRPr="002707FD">
              <w:rPr>
                <w:lang w:val="ru-RU"/>
              </w:rPr>
              <w:br/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С.Рахманинов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из "Всенощного бдения"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Рождественская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звёздочка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Т.Филиппенко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6" w:right="43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"Серебристые снежинки"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м.А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</w:t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Варламова.,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сл.Р.Паниной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22E0" w:rsidRDefault="00C55CC4">
            <w:pPr>
              <w:rPr>
                <w:sz w:val="18"/>
                <w:szCs w:val="18"/>
                <w:lang w:val="ru-RU"/>
              </w:rPr>
            </w:pPr>
            <w:r w:rsidRPr="00C55CC4">
              <w:rPr>
                <w:sz w:val="18"/>
                <w:szCs w:val="18"/>
                <w:lang w:val="ru-RU"/>
              </w:rPr>
              <w:t>8.12.22</w:t>
            </w:r>
          </w:p>
          <w:p w:rsidR="00C55CC4" w:rsidRPr="00BF22E0" w:rsidRDefault="00C55CC4">
            <w:pPr>
              <w:rPr>
                <w:sz w:val="18"/>
                <w:szCs w:val="18"/>
                <w:lang w:val="ru-RU"/>
              </w:rPr>
            </w:pPr>
            <w:r w:rsidRPr="00C55CC4">
              <w:rPr>
                <w:sz w:val="18"/>
                <w:szCs w:val="18"/>
                <w:lang w:val="ru-RU"/>
              </w:rPr>
              <w:t>15.12.2</w:t>
            </w:r>
            <w:r>
              <w:rPr>
                <w:sz w:val="18"/>
                <w:szCs w:val="18"/>
                <w:lang w:val="ru-RU"/>
              </w:rPr>
              <w:t>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50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Просмотр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документального фильма о значении молитвы.;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2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312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Модуль 6.</w:t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 Народная музыка России</w:t>
            </w:r>
          </w:p>
        </w:tc>
      </w:tr>
      <w:tr w:rsidR="004D7A44">
        <w:trPr>
          <w:trHeight w:hRule="exact" w:val="82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6.1.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Край, в котором ты живёшь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"Наш край" </w:t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м.Д.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Кабалевского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Пришельца.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Зимушку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хрустальная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А.Авдеева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30" w:lineRule="auto"/>
              <w:ind w:left="6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"Почему медведь зимой спит".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30" w:lineRule="auto"/>
              <w:jc w:val="center"/>
              <w:rPr>
                <w:lang w:val="ru-RU"/>
              </w:rPr>
            </w:pP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муз.М.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Книппера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сл.А.Коваленкова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BF22E0" w:rsidRDefault="00BF22E0">
            <w:pPr>
              <w:rPr>
                <w:sz w:val="18"/>
                <w:szCs w:val="18"/>
                <w:lang w:val="ru-RU"/>
              </w:rPr>
            </w:pPr>
            <w:r w:rsidRPr="00BF22E0">
              <w:rPr>
                <w:sz w:val="18"/>
                <w:szCs w:val="18"/>
                <w:lang w:val="ru-RU"/>
              </w:rPr>
              <w:t>22.12.2</w:t>
            </w:r>
            <w:r>
              <w:rPr>
                <w:sz w:val="18"/>
                <w:szCs w:val="18"/>
                <w:lang w:val="ru-RU"/>
              </w:rPr>
              <w:t>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50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Просмотр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видеофильма о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культуре родного края.;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82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6.2.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 w:right="432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Русский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>фольклор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3" w:lineRule="auto"/>
              <w:ind w:left="64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Р.н.п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"Со вьюном я хожу".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3" w:lineRule="auto"/>
              <w:ind w:left="66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Р.н.п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"Как под горкой".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3" w:lineRule="auto"/>
              <w:ind w:left="66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Р.н.п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"Сею-вею снежок".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658DE" w:rsidRDefault="00A658DE">
            <w:pPr>
              <w:rPr>
                <w:sz w:val="18"/>
                <w:szCs w:val="18"/>
                <w:lang w:val="ru-RU"/>
              </w:rPr>
            </w:pPr>
            <w:r w:rsidRPr="00A658DE">
              <w:rPr>
                <w:sz w:val="18"/>
                <w:szCs w:val="18"/>
                <w:lang w:val="ru-RU"/>
              </w:rPr>
              <w:t>1</w:t>
            </w:r>
            <w:r w:rsidR="002C4B7F">
              <w:rPr>
                <w:sz w:val="18"/>
                <w:szCs w:val="18"/>
                <w:lang w:val="ru-RU"/>
              </w:rPr>
              <w:t>2</w:t>
            </w:r>
            <w:r w:rsidRPr="00A658DE">
              <w:rPr>
                <w:sz w:val="18"/>
                <w:szCs w:val="18"/>
                <w:lang w:val="ru-RU"/>
              </w:rPr>
              <w:t>.01.2</w:t>
            </w:r>
            <w:r>
              <w:rPr>
                <w:sz w:val="18"/>
                <w:szCs w:val="18"/>
                <w:lang w:val="ru-RU"/>
              </w:rPr>
              <w:t>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Разучивание,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исполнение русских народных песен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разных жанров.;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0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 w:rsidRPr="00C305E5">
        <w:trPr>
          <w:trHeight w:hRule="exact" w:val="314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2" w:after="0" w:line="230" w:lineRule="auto"/>
              <w:ind w:left="6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Модуль 7. </w:t>
            </w:r>
            <w:r w:rsidRPr="002707FD">
              <w:rPr>
                <w:rFonts w:ascii="Times New Roman" w:eastAsia="Times New Roman" w:hAnsi="Times New Roman"/>
                <w:b/>
                <w:color w:val="000000"/>
                <w:sz w:val="14"/>
                <w:lang w:val="ru-RU"/>
              </w:rPr>
              <w:t>Музыка в жизни человека</w:t>
            </w:r>
          </w:p>
        </w:tc>
      </w:tr>
      <w:tr w:rsidR="004D7A44">
        <w:trPr>
          <w:trHeight w:hRule="exact" w:val="82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7.1.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45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Музыкальные пейзажи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45" w:lineRule="auto"/>
              <w:ind w:left="64" w:right="144"/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"Времена года"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А.Вивальди."Зима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". </w:t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Весна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"Белые снежинки" Г.Струве.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Л.Цаплагова"Зима".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658DE" w:rsidRDefault="00A658DE">
            <w:pPr>
              <w:rPr>
                <w:sz w:val="18"/>
                <w:szCs w:val="18"/>
                <w:lang w:val="ru-RU"/>
              </w:rPr>
            </w:pPr>
            <w:r w:rsidRPr="00A658DE">
              <w:rPr>
                <w:sz w:val="18"/>
                <w:szCs w:val="18"/>
                <w:lang w:val="ru-RU"/>
              </w:rPr>
              <w:t>26.01.23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6" w:after="0" w:line="252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Разучивание,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одухотворенное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исполнение песен о природе, её красоте.;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41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7.2.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Музыкальные портреты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4" w:right="432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М.П.Мусоргский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"Картинки с выставки".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"Самая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хорошая"</w:t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муз.В.Иванникова.,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сл.О.Фадеевой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6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"Все мы моряки" </w:t>
            </w:r>
            <w:r w:rsidRPr="002707FD">
              <w:rPr>
                <w:lang w:val="ru-RU"/>
              </w:rPr>
              <w:br/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сл.Л.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Лядовой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муз.М.Садовского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658DE" w:rsidRDefault="00A658DE">
            <w:pPr>
              <w:rPr>
                <w:sz w:val="18"/>
                <w:szCs w:val="18"/>
                <w:lang w:val="ru-RU"/>
              </w:rPr>
            </w:pPr>
            <w:r w:rsidRPr="00A658DE">
              <w:rPr>
                <w:sz w:val="18"/>
                <w:szCs w:val="18"/>
                <w:lang w:val="ru-RU"/>
              </w:rPr>
              <w:t>19.01.23</w:t>
            </w:r>
          </w:p>
          <w:p w:rsidR="00A658DE" w:rsidRPr="002707FD" w:rsidRDefault="00A658DE">
            <w:pPr>
              <w:rPr>
                <w:lang w:val="ru-RU"/>
              </w:rPr>
            </w:pPr>
            <w:r w:rsidRPr="00A658DE">
              <w:rPr>
                <w:sz w:val="18"/>
                <w:szCs w:val="18"/>
                <w:lang w:val="ru-RU"/>
              </w:rPr>
              <w:t>26.01.23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54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Слушание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произведений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вокальной,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программной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инструментальной музыки,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посвящённой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образам людей,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сказочных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персонажей. Подбор эпитетов для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описания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настроения,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характера музыки.</w:t>
            </w:r>
          </w:p>
          <w:p w:rsidR="004D7A44" w:rsidRPr="002707FD" w:rsidRDefault="00664A7F">
            <w:pPr>
              <w:autoSpaceDE w:val="0"/>
              <w:autoSpaceDN w:val="0"/>
              <w:spacing w:before="16" w:after="0" w:line="252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Сопоставление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музыки с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произведениями изобразительного искусства;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</w:tbl>
    <w:p w:rsidR="004D7A44" w:rsidRDefault="004D7A44">
      <w:pPr>
        <w:autoSpaceDE w:val="0"/>
        <w:autoSpaceDN w:val="0"/>
        <w:spacing w:after="0" w:line="14" w:lineRule="exact"/>
      </w:pPr>
    </w:p>
    <w:p w:rsidR="004D7A44" w:rsidRDefault="004D7A44">
      <w:pPr>
        <w:sectPr w:rsidR="004D7A44" w:rsidSect="00B471AE">
          <w:pgSz w:w="16840" w:h="11900" w:orient="landscape"/>
          <w:pgMar w:top="596" w:right="656" w:bottom="284" w:left="544" w:header="720" w:footer="720" w:gutter="0"/>
          <w:cols w:space="720" w:equalWidth="0">
            <w:col w:w="15588" w:space="0"/>
          </w:cols>
          <w:docGrid w:linePitch="360"/>
        </w:sectPr>
      </w:pPr>
    </w:p>
    <w:p w:rsidR="004D7A44" w:rsidRDefault="004D7A44">
      <w:pPr>
        <w:autoSpaceDE w:val="0"/>
        <w:autoSpaceDN w:val="0"/>
        <w:spacing w:after="66" w:line="220" w:lineRule="exact"/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420"/>
        <w:gridCol w:w="1140"/>
        <w:gridCol w:w="472"/>
        <w:gridCol w:w="988"/>
        <w:gridCol w:w="1022"/>
        <w:gridCol w:w="2382"/>
        <w:gridCol w:w="2784"/>
        <w:gridCol w:w="2298"/>
        <w:gridCol w:w="720"/>
        <w:gridCol w:w="1406"/>
        <w:gridCol w:w="744"/>
        <w:gridCol w:w="1234"/>
      </w:tblGrid>
      <w:tr w:rsidR="004D7A44">
        <w:trPr>
          <w:trHeight w:hRule="exact" w:val="654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7.3.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7" w:lineRule="auto"/>
              <w:ind w:left="64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Какой же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праздник без музыки?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"Выходной марш" И.Дунаевский.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0" w:lineRule="auto"/>
              <w:ind w:left="6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"Вместе весело шагать</w:t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".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В.Шаинский</w:t>
            </w:r>
            <w:proofErr w:type="spellEnd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</w:t>
            </w:r>
            <w:proofErr w:type="spellStart"/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Здравствуй,детство</w:t>
            </w:r>
            <w:proofErr w:type="spellEnd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сл.М.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Яснова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.,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муз.И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Космачева.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658DE" w:rsidRDefault="00A658DE">
            <w:pPr>
              <w:rPr>
                <w:sz w:val="18"/>
                <w:szCs w:val="18"/>
                <w:lang w:val="ru-RU"/>
              </w:rPr>
            </w:pPr>
            <w:r w:rsidRPr="00A658DE">
              <w:rPr>
                <w:sz w:val="18"/>
                <w:szCs w:val="18"/>
                <w:lang w:val="ru-RU"/>
              </w:rPr>
              <w:t>16.02.23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7" w:lineRule="auto"/>
              <w:ind w:left="64" w:right="110"/>
              <w:jc w:val="both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Диалог с учителем о значении музыки на празднике;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254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7.4.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0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Музыка на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войне, музыка о войне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"Катюша" М.Блантер.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"Бравые солдаты"</w:t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сл.Т.Волгиной.,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муз.А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 Филиппенко.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432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Марш"Прощание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славянки"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В.Агапкин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A658DE" w:rsidRDefault="00A658DE">
            <w:pPr>
              <w:rPr>
                <w:sz w:val="18"/>
                <w:szCs w:val="18"/>
                <w:lang w:val="ru-RU"/>
              </w:rPr>
            </w:pPr>
            <w:r w:rsidRPr="00A658DE">
              <w:rPr>
                <w:sz w:val="18"/>
                <w:szCs w:val="18"/>
                <w:lang w:val="ru-RU"/>
              </w:rPr>
              <w:t>02.03.23</w:t>
            </w:r>
          </w:p>
          <w:p w:rsidR="00A658DE" w:rsidRPr="002707FD" w:rsidRDefault="00A658DE">
            <w:pPr>
              <w:rPr>
                <w:lang w:val="ru-RU"/>
              </w:rPr>
            </w:pPr>
            <w:r w:rsidRPr="00A658DE">
              <w:rPr>
                <w:sz w:val="18"/>
                <w:szCs w:val="18"/>
                <w:lang w:val="ru-RU"/>
              </w:rPr>
              <w:t>09.03.23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2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Чтение учебных и художественных текстов,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посвящённых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военной музыке.</w:t>
            </w:r>
          </w:p>
          <w:p w:rsidR="004D7A44" w:rsidRPr="002707FD" w:rsidRDefault="00664A7F">
            <w:pPr>
              <w:autoSpaceDE w:val="0"/>
              <w:autoSpaceDN w:val="0"/>
              <w:spacing w:before="16" w:after="0" w:line="252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Слушание,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исполнение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музыкальных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произведений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военной тематики.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0" w:lineRule="auto"/>
              <w:ind w:right="432"/>
              <w:jc w:val="center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Знакомство с историей их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сочинения 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исполнения;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2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7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310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Модуль 8.</w:t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 Музыкальная грамота</w:t>
            </w:r>
          </w:p>
        </w:tc>
      </w:tr>
      <w:tr w:rsidR="004D7A44">
        <w:trPr>
          <w:trHeight w:hRule="exact" w:val="254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8.1.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Высота звуков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"Веселая.Грустная".Л.Бетховен.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"Счастливая песенка".О.Амбалова.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"Вечер".В.Салманов.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EF0CB5" w:rsidRDefault="00EF0CB5">
            <w:pPr>
              <w:rPr>
                <w:sz w:val="18"/>
                <w:szCs w:val="18"/>
                <w:lang w:val="ru-RU"/>
              </w:rPr>
            </w:pPr>
            <w:r w:rsidRPr="00EF0CB5">
              <w:rPr>
                <w:sz w:val="18"/>
                <w:szCs w:val="18"/>
                <w:lang w:val="ru-RU"/>
              </w:rPr>
              <w:t>16.03.23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Освоение </w:t>
            </w:r>
            <w:proofErr w:type="spellStart"/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понятий«</w:t>
            </w:r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выше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-ниже».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Определение на слух принадлежности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звуков к одному из регистров.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4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Прослеживание по нотной записи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отдельных мотивов, фрагментов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знакомых песен,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вычленение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знакомых нот,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знаков альтерации.;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4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2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2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310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Модуль 9. </w:t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>Музыка народов мира</w:t>
            </w:r>
          </w:p>
        </w:tc>
      </w:tr>
      <w:tr w:rsidR="004D7A44">
        <w:trPr>
          <w:trHeight w:hRule="exact" w:val="210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9.1.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 наших соседей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4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"Концерт 1для ф-но с оркестром" (Финал).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5" w:lineRule="auto"/>
              <w:ind w:left="66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"Веснянка"-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укр.нар.песня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 "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Перепелочка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"-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белорусск.нар.песня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33" w:lineRule="auto"/>
              <w:ind w:left="66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Р.н.п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"А я по лугу".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EF0CB5" w:rsidRDefault="00EF0CB5">
            <w:pPr>
              <w:rPr>
                <w:sz w:val="18"/>
                <w:szCs w:val="18"/>
                <w:lang w:val="ru-RU"/>
              </w:rPr>
            </w:pPr>
            <w:r w:rsidRPr="00EF0CB5">
              <w:rPr>
                <w:sz w:val="18"/>
                <w:szCs w:val="18"/>
                <w:lang w:val="ru-RU"/>
              </w:rPr>
              <w:t>23.03.23</w:t>
            </w:r>
          </w:p>
          <w:p w:rsidR="00EF0CB5" w:rsidRPr="002707FD" w:rsidRDefault="00EF0CB5">
            <w:pPr>
              <w:rPr>
                <w:lang w:val="ru-RU"/>
              </w:rPr>
            </w:pPr>
            <w:r w:rsidRPr="00EF0CB5">
              <w:rPr>
                <w:sz w:val="18"/>
                <w:szCs w:val="18"/>
                <w:lang w:val="ru-RU"/>
              </w:rPr>
              <w:t>06.04.23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52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Знакомство с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особенностями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музыкального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фольклора народов других стран.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2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Определение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характерных черт,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типичных элементов музыкального языка (ритм, лад,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интонации).;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0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294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2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Модуль 10.</w:t>
            </w:r>
            <w:r>
              <w:rPr>
                <w:rFonts w:ascii="Times New Roman" w:eastAsia="Times New Roman" w:hAnsi="Times New Roman"/>
                <w:b/>
                <w:color w:val="000000"/>
                <w:sz w:val="14"/>
              </w:rPr>
              <w:t xml:space="preserve"> Классическая музыка</w:t>
            </w:r>
          </w:p>
        </w:tc>
      </w:tr>
    </w:tbl>
    <w:p w:rsidR="004D7A44" w:rsidRDefault="004D7A44">
      <w:pPr>
        <w:autoSpaceDE w:val="0"/>
        <w:autoSpaceDN w:val="0"/>
        <w:spacing w:after="0" w:line="14" w:lineRule="exact"/>
      </w:pPr>
    </w:p>
    <w:p w:rsidR="004D7A44" w:rsidRDefault="004D7A44">
      <w:pPr>
        <w:sectPr w:rsidR="004D7A44" w:rsidSect="00B471AE">
          <w:pgSz w:w="16840" w:h="11900" w:orient="landscape"/>
          <w:pgMar w:top="800" w:right="656" w:bottom="284" w:left="544" w:header="720" w:footer="720" w:gutter="0"/>
          <w:cols w:space="720" w:equalWidth="0">
            <w:col w:w="15384" w:space="0"/>
          </w:cols>
          <w:docGrid w:linePitch="360"/>
        </w:sectPr>
      </w:pPr>
    </w:p>
    <w:p w:rsidR="004D7A44" w:rsidRDefault="004D7A44">
      <w:pPr>
        <w:autoSpaceDE w:val="0"/>
        <w:autoSpaceDN w:val="0"/>
        <w:spacing w:after="66" w:line="220" w:lineRule="exact"/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420"/>
        <w:gridCol w:w="1140"/>
        <w:gridCol w:w="472"/>
        <w:gridCol w:w="988"/>
        <w:gridCol w:w="1022"/>
        <w:gridCol w:w="2382"/>
        <w:gridCol w:w="2784"/>
        <w:gridCol w:w="2298"/>
        <w:gridCol w:w="720"/>
        <w:gridCol w:w="1406"/>
        <w:gridCol w:w="744"/>
        <w:gridCol w:w="1234"/>
      </w:tblGrid>
      <w:tr w:rsidR="004D7A44">
        <w:trPr>
          <w:trHeight w:hRule="exact" w:val="22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10.1.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Композиторы -детям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С.Прокофьев "Детский альбом".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right="1008"/>
              <w:jc w:val="center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"Ты </w:t>
            </w:r>
            <w:proofErr w:type="spellStart"/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откуда,музыка</w:t>
            </w:r>
            <w:proofErr w:type="spellEnd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муз.Я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Дубровина.,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сл.В.Суслова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Чунга-Чанга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В.Шаинский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190653" w:rsidRDefault="00190653">
            <w:pPr>
              <w:rPr>
                <w:sz w:val="18"/>
                <w:szCs w:val="18"/>
                <w:lang w:val="ru-RU"/>
              </w:rPr>
            </w:pPr>
            <w:r w:rsidRPr="00190653">
              <w:rPr>
                <w:sz w:val="18"/>
                <w:szCs w:val="18"/>
                <w:lang w:val="ru-RU"/>
              </w:rPr>
              <w:t>13.04.23</w:t>
            </w:r>
          </w:p>
          <w:p w:rsidR="00190653" w:rsidRPr="00190653" w:rsidRDefault="00190653">
            <w:pPr>
              <w:rPr>
                <w:lang w:val="ru-RU"/>
              </w:rPr>
            </w:pPr>
            <w:r w:rsidRPr="00190653">
              <w:rPr>
                <w:sz w:val="18"/>
                <w:szCs w:val="18"/>
                <w:lang w:val="ru-RU"/>
              </w:rPr>
              <w:t>20.04.23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4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Слушание музыки,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определение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основного характера, музыкально-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выразительных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средств,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использованных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композитором.</w:t>
            </w:r>
          </w:p>
          <w:p w:rsidR="004D7A44" w:rsidRPr="002707FD" w:rsidRDefault="00664A7F">
            <w:pPr>
              <w:autoSpaceDE w:val="0"/>
              <w:autoSpaceDN w:val="0"/>
              <w:spacing w:before="16" w:after="0" w:line="250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Подбор эпитетов, иллюстраций к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музыке.</w:t>
            </w:r>
          </w:p>
          <w:p w:rsidR="004D7A44" w:rsidRDefault="00664A7F">
            <w:pPr>
              <w:autoSpaceDE w:val="0"/>
              <w:autoSpaceDN w:val="0"/>
              <w:spacing w:before="16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Определение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жанра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 опрос;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151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10.2.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7" w:lineRule="auto"/>
              <w:ind w:left="64" w:right="23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Музыкальные инструменты. Фортепиано.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3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"Карнавал животных"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К.Сен-Санс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Зверушки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З.Хабалова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30" w:lineRule="auto"/>
              <w:ind w:left="6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"Слон и скрипочка"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В.Кикта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190653" w:rsidRDefault="00190653">
            <w:pPr>
              <w:rPr>
                <w:sz w:val="18"/>
                <w:szCs w:val="18"/>
                <w:lang w:val="ru-RU"/>
              </w:rPr>
            </w:pPr>
            <w:r w:rsidRPr="00190653">
              <w:rPr>
                <w:sz w:val="18"/>
                <w:szCs w:val="18"/>
                <w:lang w:val="ru-RU"/>
              </w:rPr>
              <w:t>27.04.23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70" w:after="0" w:line="247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Знакомство с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многообразием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красок фортепиано.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2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Слушание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фортепианных пьес в исполнении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известных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пианистов.;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151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10.3.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left="64" w:right="14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Музыкальные инструменты.</w:t>
            </w:r>
          </w:p>
          <w:p w:rsidR="004D7A44" w:rsidRDefault="00664A7F">
            <w:pPr>
              <w:autoSpaceDE w:val="0"/>
              <w:autoSpaceDN w:val="0"/>
              <w:spacing w:before="18" w:after="0" w:line="245" w:lineRule="auto"/>
              <w:ind w:left="64" w:right="28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Скрипка,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14"/>
              </w:rPr>
              <w:t>виолончель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right="288"/>
              <w:jc w:val="center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"Карнавал животных": "Куры и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петухи","Лебедь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К.Сен-Санс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8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"Мы катаемся на пони" муз. </w:t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г.Крылова.,</w:t>
            </w:r>
            <w:proofErr w:type="spellStart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сл.М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 Садовского.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3" w:lineRule="auto"/>
              <w:ind w:left="6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"Слон и скрипочка"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В.Кикта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190653" w:rsidRDefault="00190653">
            <w:pPr>
              <w:rPr>
                <w:sz w:val="18"/>
                <w:szCs w:val="18"/>
                <w:lang w:val="ru-RU"/>
              </w:rPr>
            </w:pPr>
            <w:r w:rsidRPr="00190653">
              <w:rPr>
                <w:sz w:val="18"/>
                <w:szCs w:val="18"/>
                <w:lang w:val="ru-RU"/>
              </w:rPr>
              <w:t>04.05.23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4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Музыкальная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викторина на знание конкретных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произведений и их авторов,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определения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тембров звучащих </w:t>
            </w:r>
            <w:r w:rsidRPr="002707FD">
              <w:rPr>
                <w:lang w:val="ru-RU"/>
              </w:rPr>
              <w:br/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инструментов.;</w:t>
            </w:r>
            <w:proofErr w:type="gramEnd"/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0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4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 w:rsidRPr="00C305E5">
        <w:trPr>
          <w:trHeight w:hRule="exact" w:val="312"/>
        </w:trPr>
        <w:tc>
          <w:tcPr>
            <w:tcW w:w="156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3" w:lineRule="auto"/>
              <w:ind w:left="6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Модуль 11. </w:t>
            </w:r>
            <w:r w:rsidRPr="002707FD">
              <w:rPr>
                <w:rFonts w:ascii="Times New Roman" w:eastAsia="Times New Roman" w:hAnsi="Times New Roman"/>
                <w:b/>
                <w:color w:val="000000"/>
                <w:sz w:val="14"/>
                <w:lang w:val="ru-RU"/>
              </w:rPr>
              <w:t>Музыка театра и кино</w:t>
            </w:r>
          </w:p>
        </w:tc>
      </w:tr>
      <w:tr w:rsidR="004D7A44">
        <w:trPr>
          <w:trHeight w:hRule="exact" w:val="2094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11.1.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7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Музыкальная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сказка на сцене, на экране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30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"Волк и семеро козлят</w:t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".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М.Коваль</w:t>
            </w:r>
            <w:proofErr w:type="spellEnd"/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6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Заключительный хор из оперы "Волк и семеро </w:t>
            </w: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козлят</w:t>
            </w:r>
            <w:proofErr w:type="gram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".М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.</w:t>
            </w:r>
            <w:proofErr w:type="gram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Коваль.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Бубенчики"Ю.Хазанова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190653" w:rsidRDefault="00190653">
            <w:pPr>
              <w:rPr>
                <w:sz w:val="18"/>
                <w:szCs w:val="18"/>
                <w:lang w:val="ru-RU"/>
              </w:rPr>
            </w:pPr>
            <w:r w:rsidRPr="00190653">
              <w:rPr>
                <w:sz w:val="18"/>
                <w:szCs w:val="18"/>
                <w:lang w:val="ru-RU"/>
              </w:rPr>
              <w:t>11.05.23</w:t>
            </w:r>
          </w:p>
          <w:p w:rsidR="00190653" w:rsidRPr="00190653" w:rsidRDefault="00190653">
            <w:pPr>
              <w:rPr>
                <w:lang w:val="ru-RU"/>
              </w:rPr>
            </w:pPr>
            <w:r w:rsidRPr="00190653">
              <w:rPr>
                <w:sz w:val="18"/>
                <w:szCs w:val="18"/>
                <w:lang w:val="ru-RU"/>
              </w:rPr>
              <w:t>18.05.23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45" w:lineRule="auto"/>
              <w:ind w:left="64"/>
              <w:rPr>
                <w:lang w:val="ru-RU"/>
              </w:rPr>
            </w:pPr>
            <w:proofErr w:type="spellStart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Видеопросмотр</w:t>
            </w:r>
            <w:proofErr w:type="spellEnd"/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музыкальной сказки.</w:t>
            </w:r>
          </w:p>
          <w:p w:rsidR="004D7A44" w:rsidRPr="002707FD" w:rsidRDefault="00664A7F">
            <w:pPr>
              <w:autoSpaceDE w:val="0"/>
              <w:autoSpaceDN w:val="0"/>
              <w:spacing w:before="18" w:after="0" w:line="254" w:lineRule="auto"/>
              <w:ind w:left="64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Обсуждение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музыкально-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выразительных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средств,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передающих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повороты сюжета, характеры героев.</w:t>
            </w:r>
          </w:p>
          <w:p w:rsidR="004D7A44" w:rsidRPr="002707FD" w:rsidRDefault="00664A7F">
            <w:pPr>
              <w:autoSpaceDE w:val="0"/>
              <w:autoSpaceDN w:val="0"/>
              <w:spacing w:before="16" w:after="0" w:line="245" w:lineRule="auto"/>
              <w:ind w:left="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Игра-викторина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«Угадай по голосу».;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45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4"/>
              </w:rPr>
              <w:t>;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http://musik.edu.ru</w:t>
            </w:r>
          </w:p>
        </w:tc>
      </w:tr>
      <w:tr w:rsidR="004D7A44">
        <w:trPr>
          <w:trHeight w:hRule="exact" w:val="312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Итого по модулю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70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2</w:t>
            </w:r>
          </w:p>
        </w:tc>
        <w:tc>
          <w:tcPr>
            <w:tcW w:w="13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  <w:tr w:rsidR="004D7A44">
        <w:trPr>
          <w:trHeight w:hRule="exact" w:val="806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68" w:after="0" w:line="250" w:lineRule="auto"/>
              <w:ind w:left="68" w:right="43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ОБЩЕЕ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 xml:space="preserve">КОЛИЧЕСТВО ЧАСОВ ПО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14"/>
                <w:lang w:val="ru-RU"/>
              </w:rPr>
              <w:t>ПРОГРАММЕ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33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6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68" w:after="0" w:line="233" w:lineRule="auto"/>
              <w:ind w:left="64"/>
            </w:pPr>
            <w:r>
              <w:rPr>
                <w:rFonts w:ascii="Times New Roman" w:eastAsia="Times New Roman" w:hAnsi="Times New Roman"/>
                <w:color w:val="000000"/>
                <w:sz w:val="14"/>
              </w:rPr>
              <w:t>33</w:t>
            </w:r>
          </w:p>
        </w:tc>
        <w:tc>
          <w:tcPr>
            <w:tcW w:w="115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4D7A44"/>
        </w:tc>
      </w:tr>
    </w:tbl>
    <w:p w:rsidR="004D7A44" w:rsidRDefault="004D7A44">
      <w:pPr>
        <w:autoSpaceDE w:val="0"/>
        <w:autoSpaceDN w:val="0"/>
        <w:spacing w:after="0" w:line="14" w:lineRule="exact"/>
      </w:pPr>
    </w:p>
    <w:p w:rsidR="004D7A44" w:rsidRDefault="004D7A44">
      <w:pPr>
        <w:sectPr w:rsidR="004D7A44" w:rsidSect="00B471AE">
          <w:pgSz w:w="16840" w:h="11900" w:orient="landscape"/>
          <w:pgMar w:top="1116" w:right="656" w:bottom="284" w:left="544" w:header="720" w:footer="720" w:gutter="0"/>
          <w:cols w:space="720" w:equalWidth="0">
            <w:col w:w="15068" w:space="0"/>
          </w:cols>
          <w:docGrid w:linePitch="360"/>
        </w:sectPr>
      </w:pPr>
    </w:p>
    <w:p w:rsidR="004D7A44" w:rsidRDefault="004D7A44">
      <w:pPr>
        <w:autoSpaceDE w:val="0"/>
        <w:autoSpaceDN w:val="0"/>
        <w:spacing w:after="78" w:line="220" w:lineRule="exact"/>
      </w:pPr>
    </w:p>
    <w:p w:rsidR="004D7A44" w:rsidRDefault="00664A7F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02"/>
        <w:gridCol w:w="732"/>
        <w:gridCol w:w="1620"/>
        <w:gridCol w:w="1668"/>
        <w:gridCol w:w="1236"/>
        <w:gridCol w:w="1190"/>
      </w:tblGrid>
      <w:tr w:rsidR="004D7A44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4D7A44" w:rsidTr="004D567D">
        <w:trPr>
          <w:trHeight w:hRule="exact" w:val="828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  <w:tc>
          <w:tcPr>
            <w:tcW w:w="3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2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  <w:tc>
          <w:tcPr>
            <w:tcW w:w="1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A44" w:rsidRDefault="004D7A44"/>
        </w:tc>
      </w:tr>
      <w:tr w:rsidR="004D7A44" w:rsidTr="00B8750E">
        <w:trPr>
          <w:trHeight w:hRule="exact" w:val="119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Cтремление человека к красоте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01.09.2022 </w:t>
            </w:r>
          </w:p>
          <w:p w:rsidR="00B8750E" w:rsidRP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01.09.2022 </w:t>
            </w:r>
          </w:p>
          <w:p w:rsidR="00B8750E" w:rsidRP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01.09.2022 </w:t>
            </w:r>
          </w:p>
          <w:p w:rsidR="00B8750E" w:rsidRP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4D7A44" w:rsidTr="00B8750E">
        <w:trPr>
          <w:trHeight w:hRule="exact" w:val="100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Образы природы в музыке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08.09.2022</w:t>
            </w:r>
          </w:p>
          <w:p w:rsid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08.09.2022</w:t>
            </w:r>
          </w:p>
          <w:p w:rsidR="004D7A44" w:rsidRP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08.09.2022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7A44" w:rsidTr="00B8750E">
        <w:trPr>
          <w:trHeight w:hRule="exact" w:val="99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10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Музыкальные традиции малой родины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8750E" w:rsidRDefault="00B8750E" w:rsidP="00B8750E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15.09.2022</w:t>
            </w:r>
          </w:p>
          <w:p w:rsidR="00B8750E" w:rsidRDefault="00B8750E" w:rsidP="00B8750E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15.09.2022</w:t>
            </w:r>
          </w:p>
          <w:p w:rsidR="004D7A44" w:rsidRPr="00B8750E" w:rsidRDefault="00B8750E" w:rsidP="00B8750E">
            <w:pPr>
              <w:autoSpaceDE w:val="0"/>
              <w:autoSpaceDN w:val="0"/>
              <w:spacing w:before="100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15.09.2022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10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7A44" w:rsidTr="00B8750E">
        <w:trPr>
          <w:trHeight w:hRule="exact" w:val="113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22.09.2022</w:t>
            </w:r>
          </w:p>
          <w:p w:rsid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22.09.2022</w:t>
            </w:r>
          </w:p>
          <w:p w:rsidR="004D7A44" w:rsidRP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22.09.2022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7A44" w:rsidTr="00B8750E">
        <w:trPr>
          <w:trHeight w:hRule="exact" w:val="113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Русские народные сказания и былины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29.09.2022</w:t>
            </w:r>
          </w:p>
          <w:p w:rsid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29.09.2022</w:t>
            </w:r>
          </w:p>
          <w:p w:rsidR="004D7A44" w:rsidRP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29.09.2022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7A44" w:rsidTr="00B8750E">
        <w:trPr>
          <w:trHeight w:hRule="exact" w:val="113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Звуки музыкальные и шумовые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06.10.2022</w:t>
            </w:r>
          </w:p>
          <w:p w:rsid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06.10.2022</w:t>
            </w:r>
          </w:p>
          <w:p w:rsidR="004D7A44" w:rsidRPr="00B8750E" w:rsidRDefault="00B8750E" w:rsidP="00B8750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06.10.2022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7A44" w:rsidTr="00E73FD9">
        <w:trPr>
          <w:trHeight w:hRule="exact" w:val="9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Pr="002707FD" w:rsidRDefault="00664A7F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Нотный стан. Скрипичный ключ. Ноты первой октавы.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3FD9" w:rsidRDefault="00E73FD9" w:rsidP="00E73FD9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13.10.2022</w:t>
            </w:r>
          </w:p>
          <w:p w:rsidR="00E73FD9" w:rsidRDefault="00E73FD9" w:rsidP="00E73FD9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13.10.2022</w:t>
            </w:r>
          </w:p>
          <w:p w:rsidR="004D7A44" w:rsidRPr="00B8750E" w:rsidRDefault="00E73FD9" w:rsidP="00E73FD9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13.10.2022 </w:t>
            </w:r>
            <w:r w:rsidR="00664A7F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567D" w:rsidTr="00A91406">
        <w:trPr>
          <w:trHeight w:hRule="exact" w:val="99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Pr="002707FD" w:rsidRDefault="004D567D" w:rsidP="004D567D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Звуки длинные и короткие.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Что такое ритм.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91406" w:rsidRDefault="004D567D" w:rsidP="004D567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20.10.2022</w:t>
            </w:r>
          </w:p>
          <w:p w:rsidR="00A91406" w:rsidRDefault="00A91406" w:rsidP="004D567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20.10.2022</w:t>
            </w:r>
          </w:p>
          <w:p w:rsidR="004D567D" w:rsidRPr="00B8750E" w:rsidRDefault="00A91406" w:rsidP="004D567D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20.10.2022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4D567D" w:rsidTr="00A91406">
        <w:trPr>
          <w:trHeight w:hRule="exact" w:val="112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Великие композиторы нашей Родины.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91406" w:rsidRDefault="00A91406" w:rsidP="00A9140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27.10.2022</w:t>
            </w:r>
          </w:p>
          <w:p w:rsidR="00A91406" w:rsidRDefault="00A91406" w:rsidP="00A9140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27.10.2022</w:t>
            </w:r>
          </w:p>
          <w:p w:rsidR="004D567D" w:rsidRPr="00B8750E" w:rsidRDefault="00A91406" w:rsidP="00A91406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27.10.2022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567D" w:rsidTr="00A91406">
        <w:trPr>
          <w:trHeight w:hRule="exact" w:val="11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Песня как музыкальный жанр.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91406" w:rsidRDefault="00A91406" w:rsidP="00A9140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10.11.2022</w:t>
            </w:r>
          </w:p>
          <w:p w:rsidR="00A91406" w:rsidRDefault="00A91406" w:rsidP="00A9140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10.11.2022</w:t>
            </w:r>
          </w:p>
          <w:p w:rsidR="004D567D" w:rsidRPr="00B8750E" w:rsidRDefault="00A91406" w:rsidP="00A91406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10.11.2022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567D" w:rsidTr="00A91406">
        <w:trPr>
          <w:trHeight w:hRule="exact" w:val="98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Марш как музыкальный жанр.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91406" w:rsidRDefault="00A91406" w:rsidP="00A91406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17.11.2022</w:t>
            </w:r>
          </w:p>
          <w:p w:rsidR="00A91406" w:rsidRDefault="00A91406" w:rsidP="00A91406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17.11.2022</w:t>
            </w:r>
          </w:p>
          <w:p w:rsidR="004D567D" w:rsidRPr="00B8750E" w:rsidRDefault="00A91406" w:rsidP="00A91406">
            <w:pPr>
              <w:autoSpaceDE w:val="0"/>
              <w:autoSpaceDN w:val="0"/>
              <w:spacing w:before="100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17.11.2022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567D" w:rsidTr="00A91406">
        <w:trPr>
          <w:trHeight w:hRule="exact" w:val="98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91406" w:rsidRDefault="00A91406" w:rsidP="00A91406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24.11.2022</w:t>
            </w:r>
          </w:p>
          <w:p w:rsidR="00A91406" w:rsidRDefault="00A91406" w:rsidP="00A91406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24.11.2022</w:t>
            </w:r>
          </w:p>
          <w:p w:rsidR="004D567D" w:rsidRPr="00B8750E" w:rsidRDefault="00A91406" w:rsidP="00A91406">
            <w:pPr>
              <w:autoSpaceDE w:val="0"/>
              <w:autoSpaceDN w:val="0"/>
              <w:spacing w:before="100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24.11.2022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10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567D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Музыкальные инструменты. Флейта.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91406" w:rsidRDefault="00A91406" w:rsidP="00A9140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01.12.2022</w:t>
            </w:r>
          </w:p>
          <w:p w:rsidR="004D567D" w:rsidRPr="00A91406" w:rsidRDefault="00A91406" w:rsidP="00A9140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01.12.2022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01.12.2022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Устный опрос;</w:t>
            </w:r>
          </w:p>
        </w:tc>
      </w:tr>
      <w:tr w:rsidR="004D567D" w:rsidTr="00A91406">
        <w:trPr>
          <w:trHeight w:hRule="exact" w:val="99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14.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Молитва. Хорал. Песнопение.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91406" w:rsidRDefault="00A91406" w:rsidP="00A9140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08.12.2022</w:t>
            </w:r>
          </w:p>
          <w:p w:rsidR="00A91406" w:rsidRDefault="00A91406" w:rsidP="00A9140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08.12.2022</w:t>
            </w:r>
          </w:p>
          <w:p w:rsidR="004D567D" w:rsidRPr="00B8750E" w:rsidRDefault="00A91406" w:rsidP="00A91406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08.12.2022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567D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Pr="002707FD" w:rsidRDefault="004D567D" w:rsidP="004D567D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Образы духовной музыки в творчестве русских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композиторов.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A3DA0" w:rsidRDefault="00FA3DA0" w:rsidP="00FA3DA0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15.12.2022</w:t>
            </w:r>
          </w:p>
          <w:p w:rsidR="00FA3DA0" w:rsidRDefault="00FA3DA0" w:rsidP="00FA3DA0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15.12.2022</w:t>
            </w:r>
          </w:p>
          <w:p w:rsidR="004D567D" w:rsidRPr="00B8750E" w:rsidRDefault="00FA3DA0" w:rsidP="00FA3DA0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15.12.2022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4D567D" w:rsidTr="00FE58B8">
        <w:trPr>
          <w:trHeight w:hRule="exact" w:val="9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Pr="002707FD" w:rsidRDefault="004D567D" w:rsidP="004D567D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Музыкальные традиции нашей малой родины.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58B8" w:rsidRDefault="00FE58B8" w:rsidP="00FE58B8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22.12.2022</w:t>
            </w:r>
          </w:p>
          <w:p w:rsidR="00FE58B8" w:rsidRDefault="00FE58B8" w:rsidP="00FE58B8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22.12.2022</w:t>
            </w:r>
          </w:p>
          <w:p w:rsidR="004D567D" w:rsidRPr="00B8750E" w:rsidRDefault="00FE58B8" w:rsidP="00FE58B8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22.12.2022 </w:t>
            </w:r>
            <w:r w:rsidR="004D567D" w:rsidRPr="00B8750E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567D" w:rsidRDefault="004D567D" w:rsidP="004D567D">
            <w:pPr>
              <w:autoSpaceDE w:val="0"/>
              <w:autoSpaceDN w:val="0"/>
              <w:spacing w:before="98" w:after="0" w:line="262" w:lineRule="auto"/>
              <w:ind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Устный опрос;</w:t>
            </w:r>
          </w:p>
        </w:tc>
      </w:tr>
    </w:tbl>
    <w:p w:rsidR="004D7A44" w:rsidRDefault="004D7A44">
      <w:pPr>
        <w:autoSpaceDE w:val="0"/>
        <w:autoSpaceDN w:val="0"/>
        <w:spacing w:after="0" w:line="14" w:lineRule="exact"/>
      </w:pPr>
    </w:p>
    <w:p w:rsidR="004D7A44" w:rsidRDefault="004D7A44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02"/>
        <w:gridCol w:w="732"/>
        <w:gridCol w:w="1620"/>
        <w:gridCol w:w="1668"/>
        <w:gridCol w:w="1236"/>
        <w:gridCol w:w="1190"/>
      </w:tblGrid>
      <w:tr w:rsidR="004D7A44" w:rsidTr="006454DD">
        <w:trPr>
          <w:trHeight w:hRule="exact" w:val="108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Народные музыкальные традиции.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1а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64A7F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12.01.2023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12.01.2023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12.01.2023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4D7A44" w:rsidRPr="006454DD" w:rsidRDefault="004D7A44" w:rsidP="006454DD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D7A44" w:rsidRDefault="00664A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 w:rsidTr="006454DD">
        <w:trPr>
          <w:trHeight w:hRule="exact" w:val="9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Pr="002707FD" w:rsidRDefault="006454DD" w:rsidP="006454DD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Образы природы в романсах русских композиторов.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19.01.2023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19.01.2023</w:t>
            </w:r>
          </w:p>
          <w:p w:rsidR="006454DD" w:rsidRP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19.01.2023 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6454DD" w:rsidTr="006454DD">
        <w:trPr>
          <w:trHeight w:hRule="exact" w:val="113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Музыкальные и живописные полотна.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26.01.2023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26.01.2023</w:t>
            </w:r>
          </w:p>
          <w:p w:rsidR="006454DD" w:rsidRP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26.01.2023  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 w:rsidTr="006454DD">
        <w:trPr>
          <w:trHeight w:hRule="exact" w:val="115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Музыкальный портрет: образ человека.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02.02.2023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02.02.2023</w:t>
            </w:r>
          </w:p>
          <w:p w:rsidR="006454DD" w:rsidRP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02.02.2023 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 w:rsidTr="006454DD">
        <w:trPr>
          <w:trHeight w:hRule="exact" w:val="112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Музыкальный портрет: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двигательная импровизация.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09.02.2023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 w:rsidR="00142F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б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09.02.2023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 w:rsidR="00142F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09.02.2023</w:t>
            </w:r>
          </w:p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6454DD" w:rsidRPr="006454DD" w:rsidRDefault="006454DD" w:rsidP="006454DD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 w:rsidTr="00256B5B">
        <w:trPr>
          <w:trHeight w:hRule="exact" w:val="114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Pr="002707F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56B5B" w:rsidRDefault="00256B5B" w:rsidP="00256B5B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16.02.2023</w:t>
            </w:r>
          </w:p>
          <w:p w:rsidR="00256B5B" w:rsidRDefault="00256B5B" w:rsidP="00256B5B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16.02.2023</w:t>
            </w:r>
          </w:p>
          <w:p w:rsidR="006454DD" w:rsidRPr="006454DD" w:rsidRDefault="00256B5B" w:rsidP="00256B5B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16.02.2023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 w:rsidTr="00142FB8">
        <w:trPr>
          <w:trHeight w:hRule="exact" w:val="11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Музыка, создающая настроение праздника.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2FB8" w:rsidRDefault="00142FB8" w:rsidP="00142FB8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02.03.2023</w:t>
            </w:r>
          </w:p>
          <w:p w:rsidR="00142FB8" w:rsidRDefault="00142FB8" w:rsidP="00142FB8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02.03.2023</w:t>
            </w:r>
          </w:p>
          <w:p w:rsidR="006454DD" w:rsidRPr="00142FB8" w:rsidRDefault="00142FB8" w:rsidP="00142FB8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02.03.2023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 w:rsidTr="001558CE">
        <w:trPr>
          <w:trHeight w:hRule="exact" w:val="12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Pr="002707FD" w:rsidRDefault="006454DD" w:rsidP="006454DD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Военная тема в музыкальном искусстве.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558CE" w:rsidRDefault="001558CE" w:rsidP="001558C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09.03.2023</w:t>
            </w:r>
          </w:p>
          <w:p w:rsidR="001558CE" w:rsidRDefault="001558CE" w:rsidP="001558C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09.03.2023</w:t>
            </w:r>
          </w:p>
          <w:p w:rsidR="006454DD" w:rsidRPr="006454DD" w:rsidRDefault="001558CE" w:rsidP="001558C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09.03.2023 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 w:rsidTr="00B41E4E">
        <w:trPr>
          <w:trHeight w:hRule="exact" w:val="113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Высота звуков.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B41E4E" w:rsidP="00B41E4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16.03.2023</w:t>
            </w:r>
          </w:p>
          <w:p w:rsidR="00B41E4E" w:rsidRDefault="00B41E4E" w:rsidP="00B41E4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16.03.2023</w:t>
            </w:r>
          </w:p>
          <w:p w:rsidR="00B41E4E" w:rsidRPr="006454DD" w:rsidRDefault="00B41E4E" w:rsidP="00B41E4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16.03.2023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Pr="002707FD" w:rsidRDefault="006454DD" w:rsidP="006454DD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Музыкальные традиции наших соседей: инструменты и их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звучание.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7552" w:rsidRDefault="00F37552" w:rsidP="00F37552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23.03.2023</w:t>
            </w:r>
          </w:p>
          <w:p w:rsidR="00F37552" w:rsidRDefault="00F37552" w:rsidP="00F37552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23.03.2023 </w:t>
            </w:r>
          </w:p>
          <w:p w:rsidR="006454DD" w:rsidRPr="006454DD" w:rsidRDefault="00F37552" w:rsidP="00F37552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23.03.2023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Pr="002707FD" w:rsidRDefault="006454DD" w:rsidP="006454DD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Музыкальные традиции наших соседей: инструменты и их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звучание.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F5D4C" w:rsidRDefault="008F5D4C" w:rsidP="008F5D4C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06.04.2023</w:t>
            </w:r>
          </w:p>
          <w:p w:rsidR="008F5D4C" w:rsidRDefault="008F5D4C" w:rsidP="008F5D4C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06.04.2023 </w:t>
            </w:r>
          </w:p>
          <w:p w:rsidR="006454DD" w:rsidRPr="006454DD" w:rsidRDefault="008F5D4C" w:rsidP="008F5D4C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06.04.2023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6454DD" w:rsidTr="002F171C">
        <w:trPr>
          <w:trHeight w:hRule="exact" w:val="114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28.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Звучание настроений и чувств.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71C" w:rsidRDefault="002F171C" w:rsidP="002F171C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13.04.2023</w:t>
            </w:r>
          </w:p>
          <w:p w:rsidR="002F171C" w:rsidRDefault="002F171C" w:rsidP="002F171C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13.04.2023 </w:t>
            </w:r>
          </w:p>
          <w:p w:rsidR="006454DD" w:rsidRPr="006454DD" w:rsidRDefault="002F171C" w:rsidP="002F171C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13.04.2023 </w:t>
            </w:r>
            <w:r w:rsidR="006454DD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454DD" w:rsidRDefault="006454DD" w:rsidP="006454DD">
            <w:pPr>
              <w:autoSpaceDE w:val="0"/>
              <w:autoSpaceDN w:val="0"/>
              <w:spacing w:before="98" w:after="0" w:line="262" w:lineRule="auto"/>
              <w:ind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Устный опрос;</w:t>
            </w:r>
          </w:p>
        </w:tc>
      </w:tr>
      <w:tr w:rsidR="00950702" w:rsidTr="00950702">
        <w:trPr>
          <w:trHeight w:hRule="exact" w:val="114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Pr="002707FD" w:rsidRDefault="00950702" w:rsidP="00950702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Музыкальные инструменты. Рояль и пианино.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20.04.2023</w:t>
            </w:r>
          </w:p>
          <w:p w:rsidR="00950702" w:rsidRDefault="00950702" w:rsidP="00950702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20.04.2023 </w:t>
            </w:r>
          </w:p>
          <w:p w:rsidR="00950702" w:rsidRPr="006454DD" w:rsidRDefault="00950702" w:rsidP="00950702">
            <w:pPr>
              <w:autoSpaceDE w:val="0"/>
              <w:autoSpaceDN w:val="0"/>
              <w:spacing w:before="100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20.04.2023 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100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950702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Pr="002707FD" w:rsidRDefault="00950702" w:rsidP="00950702">
            <w:pPr>
              <w:autoSpaceDE w:val="0"/>
              <w:autoSpaceDN w:val="0"/>
              <w:spacing w:before="98" w:after="0" w:line="271" w:lineRule="auto"/>
              <w:ind w:left="72" w:right="86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Музыкальные </w:t>
            </w:r>
            <w:r w:rsidRPr="002707FD">
              <w:rPr>
                <w:lang w:val="ru-RU"/>
              </w:rPr>
              <w:br/>
            </w: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инструменты:</w:t>
            </w:r>
            <w:r w:rsidR="007213A4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предки и наследники фортепиано.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B47DE" w:rsidRDefault="000B47DE" w:rsidP="000B47D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950702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27.04.2023</w:t>
            </w:r>
          </w:p>
          <w:p w:rsidR="000B47DE" w:rsidRDefault="000B47DE" w:rsidP="000B47D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27.04.2023 </w:t>
            </w:r>
          </w:p>
          <w:p w:rsidR="00950702" w:rsidRPr="006454DD" w:rsidRDefault="000B47DE" w:rsidP="000B47D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27.04.2023 </w:t>
            </w:r>
            <w:r w:rsidR="00950702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50702" w:rsidTr="00FD2CCE">
        <w:trPr>
          <w:trHeight w:hRule="exact" w:val="108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Pr="002707FD" w:rsidRDefault="00950702" w:rsidP="00950702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Скрипка. Виолончель. Мастера скрипичной музыки.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D2CCE" w:rsidRDefault="00FD2CCE" w:rsidP="00FD2CC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950702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04.05.2023</w:t>
            </w:r>
          </w:p>
          <w:p w:rsidR="00FD2CCE" w:rsidRDefault="00FD2CCE" w:rsidP="00FD2CCE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04.05.2023 </w:t>
            </w:r>
          </w:p>
          <w:p w:rsidR="00950702" w:rsidRPr="006454DD" w:rsidRDefault="00FD2CCE" w:rsidP="00FD2CCE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04.05.2023 </w:t>
            </w:r>
            <w:r w:rsidR="00950702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50702" w:rsidTr="00E63BC3">
        <w:trPr>
          <w:trHeight w:hRule="exact" w:val="114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Pr="002707FD" w:rsidRDefault="00950702" w:rsidP="00950702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Музыкальная сказка на сцене и на экране.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3BC3" w:rsidRDefault="00E63BC3" w:rsidP="00E63BC3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950702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11.05.2023</w:t>
            </w:r>
          </w:p>
          <w:p w:rsidR="00E63BC3" w:rsidRDefault="00E63BC3" w:rsidP="00E63BC3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11.05.2023 </w:t>
            </w:r>
          </w:p>
          <w:p w:rsidR="00950702" w:rsidRPr="006454DD" w:rsidRDefault="00E63BC3" w:rsidP="00E63BC3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11.05.2023 </w:t>
            </w:r>
            <w:r w:rsidR="00950702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62" w:lineRule="auto"/>
              <w:ind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Устный опрос;</w:t>
            </w:r>
          </w:p>
        </w:tc>
      </w:tr>
      <w:tr w:rsidR="00950702" w:rsidTr="001E1625">
        <w:trPr>
          <w:trHeight w:hRule="exact" w:val="112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Сочиняем музыкальную сказку.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E1625" w:rsidRDefault="001E1625" w:rsidP="001E1625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1а </w:t>
            </w:r>
            <w:r w:rsidR="00950702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18.05.2023</w:t>
            </w:r>
          </w:p>
          <w:p w:rsidR="001E1625" w:rsidRDefault="001E1625" w:rsidP="001E1625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1б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18.05.2023 </w:t>
            </w:r>
          </w:p>
          <w:p w:rsidR="00950702" w:rsidRPr="006454DD" w:rsidRDefault="001E1625" w:rsidP="001E1625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1в </w:t>
            </w:r>
            <w:r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18.05.2023 </w:t>
            </w:r>
            <w:r w:rsidR="00950702" w:rsidRPr="006454D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50702" w:rsidRDefault="00950702" w:rsidP="00950702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tbl>
      <w:tblPr>
        <w:tblpPr w:leftFromText="180" w:rightFromText="180" w:vertAnchor="text" w:horzAnchor="margin" w:tblpY="388"/>
        <w:tblW w:w="0" w:type="auto"/>
        <w:tblLayout w:type="fixed"/>
        <w:tblLook w:val="04A0" w:firstRow="1" w:lastRow="0" w:firstColumn="1" w:lastColumn="0" w:noHBand="0" w:noVBand="1"/>
      </w:tblPr>
      <w:tblGrid>
        <w:gridCol w:w="4106"/>
        <w:gridCol w:w="732"/>
        <w:gridCol w:w="1620"/>
        <w:gridCol w:w="1668"/>
        <w:gridCol w:w="2426"/>
      </w:tblGrid>
      <w:tr w:rsidR="00732422" w:rsidTr="00732422">
        <w:trPr>
          <w:trHeight w:hRule="exact" w:val="808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32422" w:rsidRPr="002707FD" w:rsidRDefault="00732422" w:rsidP="00732422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2707F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32422" w:rsidRDefault="00732422" w:rsidP="0073242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32422" w:rsidRDefault="00732422" w:rsidP="0073242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32422" w:rsidRDefault="00732422" w:rsidP="0073242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32422" w:rsidRDefault="00732422" w:rsidP="00732422"/>
        </w:tc>
      </w:tr>
    </w:tbl>
    <w:p w:rsidR="004D7A44" w:rsidRDefault="004D7A44">
      <w:pPr>
        <w:sectPr w:rsidR="004D7A44">
          <w:pgSz w:w="11900" w:h="16840"/>
          <w:pgMar w:top="284" w:right="650" w:bottom="58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4D7A44" w:rsidRDefault="004D7A44">
      <w:pPr>
        <w:autoSpaceDE w:val="0"/>
        <w:autoSpaceDN w:val="0"/>
        <w:spacing w:after="78" w:line="220" w:lineRule="exact"/>
      </w:pPr>
    </w:p>
    <w:p w:rsidR="004D7A44" w:rsidRDefault="00664A7F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4D7A44" w:rsidRDefault="00664A7F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4D7A44" w:rsidRPr="002707FD" w:rsidRDefault="00664A7F">
      <w:pPr>
        <w:autoSpaceDE w:val="0"/>
        <w:autoSpaceDN w:val="0"/>
        <w:spacing w:before="166" w:after="0" w:line="271" w:lineRule="auto"/>
        <w:ind w:right="144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Музыка. 1 класс /Критская Е.Д., Сергеева Г.П., 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Шмагина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 Т.С., Акционерное общество «</w:t>
      </w:r>
      <w:proofErr w:type="spellStart"/>
      <w:proofErr w:type="gram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Издательство«</w:t>
      </w:r>
      <w:proofErr w:type="gram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Просвещение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»;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4D7A44" w:rsidRPr="002707FD" w:rsidRDefault="00664A7F">
      <w:pPr>
        <w:autoSpaceDE w:val="0"/>
        <w:autoSpaceDN w:val="0"/>
        <w:spacing w:before="262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4D7A44" w:rsidRPr="002707FD" w:rsidRDefault="00664A7F">
      <w:pPr>
        <w:autoSpaceDE w:val="0"/>
        <w:autoSpaceDN w:val="0"/>
        <w:spacing w:before="166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Методическое пособие к УМК </w:t>
      </w:r>
      <w:proofErr w:type="gram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Г.П.Сергеева.,</w:t>
      </w:r>
      <w:proofErr w:type="spellStart"/>
      <w:proofErr w:type="gram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Е.Д.Критская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4D7A44" w:rsidRPr="002707FD" w:rsidRDefault="00664A7F">
      <w:pPr>
        <w:autoSpaceDE w:val="0"/>
        <w:autoSpaceDN w:val="0"/>
        <w:spacing w:before="264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4D7A44" w:rsidRPr="002707FD" w:rsidRDefault="00664A7F">
      <w:pPr>
        <w:autoSpaceDE w:val="0"/>
        <w:autoSpaceDN w:val="0"/>
        <w:spacing w:before="168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1. Мультимедийная программа «Шедевры музыки» издательства «Кирилл и Мефодий».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2. Мультимедийная программа «Энциклопедия классической музыки» «</w:t>
      </w:r>
      <w:proofErr w:type="spellStart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Коминфо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».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3. Мультимедийная программа «Музыка. Ключи».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4. Мультимедийная программа «Энциклопедия Кирилла и Мефодия 2009г.».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5. Мультимедийная программа «История музыкальных инструментов».</w:t>
      </w:r>
    </w:p>
    <w:p w:rsidR="004D7A44" w:rsidRPr="002707FD" w:rsidRDefault="00664A7F">
      <w:pPr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6. Единая коллекция -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collection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cross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edu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catalog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rubr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f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544</w:t>
      </w:r>
      <w:r>
        <w:rPr>
          <w:rFonts w:ascii="Times New Roman" w:eastAsia="Times New Roman" w:hAnsi="Times New Roman"/>
          <w:color w:val="000000"/>
          <w:sz w:val="24"/>
        </w:rPr>
        <w:t>b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3</w:t>
      </w:r>
      <w:r>
        <w:rPr>
          <w:rFonts w:ascii="Times New Roman" w:eastAsia="Times New Roman" w:hAnsi="Times New Roman"/>
          <w:color w:val="000000"/>
          <w:sz w:val="24"/>
        </w:rPr>
        <w:t>b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7-</w:t>
      </w:r>
      <w:r>
        <w:rPr>
          <w:rFonts w:ascii="Times New Roman" w:eastAsia="Times New Roman" w:hAnsi="Times New Roman"/>
          <w:color w:val="000000"/>
          <w:sz w:val="24"/>
        </w:rPr>
        <w:t>f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1</w:t>
      </w:r>
      <w:r>
        <w:rPr>
          <w:rFonts w:ascii="Times New Roman" w:eastAsia="Times New Roman" w:hAnsi="Times New Roman"/>
          <w:color w:val="000000"/>
          <w:sz w:val="24"/>
        </w:rPr>
        <w:t>f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4-5</w:t>
      </w:r>
      <w:r>
        <w:rPr>
          <w:rFonts w:ascii="Times New Roman" w:eastAsia="Times New Roman" w:hAnsi="Times New Roman"/>
          <w:color w:val="000000"/>
          <w:sz w:val="24"/>
        </w:rPr>
        <w:t>b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76-</w:t>
      </w:r>
      <w:r>
        <w:rPr>
          <w:rFonts w:ascii="Times New Roman" w:eastAsia="Times New Roman" w:hAnsi="Times New Roman"/>
          <w:color w:val="000000"/>
          <w:sz w:val="24"/>
        </w:rPr>
        <w:t>f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453-552</w:t>
      </w:r>
      <w:r>
        <w:rPr>
          <w:rFonts w:ascii="Times New Roman" w:eastAsia="Times New Roman" w:hAnsi="Times New Roman"/>
          <w:color w:val="000000"/>
          <w:sz w:val="24"/>
        </w:rPr>
        <w:t>f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31</w:t>
      </w:r>
      <w:r>
        <w:rPr>
          <w:rFonts w:ascii="Times New Roman" w:eastAsia="Times New Roman" w:hAnsi="Times New Roman"/>
          <w:color w:val="000000"/>
          <w:sz w:val="24"/>
        </w:rPr>
        <w:t>d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9</w:t>
      </w:r>
      <w:r>
        <w:rPr>
          <w:rFonts w:ascii="Times New Roman" w:eastAsia="Times New Roman" w:hAnsi="Times New Roman"/>
          <w:color w:val="000000"/>
          <w:sz w:val="24"/>
        </w:rPr>
        <w:t>b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164. 7. Российский общеобразовательный портал -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music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edu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/.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8. Детские электронные книги и презентации -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viki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rdf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/.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9. </w:t>
      </w:r>
      <w:r>
        <w:rPr>
          <w:rFonts w:ascii="Times New Roman" w:eastAsia="Times New Roman" w:hAnsi="Times New Roman"/>
          <w:color w:val="000000"/>
          <w:sz w:val="24"/>
        </w:rPr>
        <w:t>CD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ROM</w:t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. «Мир музыки». Программно-методический комплекс».</w:t>
      </w:r>
    </w:p>
    <w:p w:rsidR="004D7A44" w:rsidRPr="002707FD" w:rsidRDefault="004D7A44">
      <w:pPr>
        <w:rPr>
          <w:lang w:val="ru-RU"/>
        </w:rPr>
        <w:sectPr w:rsidR="004D7A44" w:rsidRPr="002707FD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4D7A44" w:rsidRPr="002707FD" w:rsidRDefault="004D7A44">
      <w:pPr>
        <w:autoSpaceDE w:val="0"/>
        <w:autoSpaceDN w:val="0"/>
        <w:spacing w:after="78" w:line="220" w:lineRule="exact"/>
        <w:rPr>
          <w:lang w:val="ru-RU"/>
        </w:rPr>
      </w:pPr>
    </w:p>
    <w:p w:rsidR="004D7A44" w:rsidRPr="002707FD" w:rsidRDefault="00664A7F">
      <w:pPr>
        <w:autoSpaceDE w:val="0"/>
        <w:autoSpaceDN w:val="0"/>
        <w:spacing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4D7A44" w:rsidRPr="002707FD" w:rsidRDefault="00664A7F">
      <w:pPr>
        <w:autoSpaceDE w:val="0"/>
        <w:autoSpaceDN w:val="0"/>
        <w:spacing w:before="346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b/>
          <w:color w:val="000000"/>
          <w:sz w:val="24"/>
          <w:lang w:val="ru-RU"/>
        </w:rPr>
        <w:t>УЧЕБНОЕ ОБОРУДОВАНИЕ</w:t>
      </w:r>
    </w:p>
    <w:p w:rsidR="004D7A44" w:rsidRPr="002707FD" w:rsidRDefault="00664A7F">
      <w:pPr>
        <w:autoSpaceDE w:val="0"/>
        <w:autoSpaceDN w:val="0"/>
        <w:spacing w:before="166" w:after="0" w:line="271" w:lineRule="auto"/>
        <w:ind w:right="720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Технические средства обучения: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1. Музыкальный центр.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2. Компьютер.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3. Экран, проектор.</w:t>
      </w:r>
    </w:p>
    <w:p w:rsidR="004D7A44" w:rsidRPr="002707FD" w:rsidRDefault="00664A7F">
      <w:pPr>
        <w:autoSpaceDE w:val="0"/>
        <w:autoSpaceDN w:val="0"/>
        <w:spacing w:before="406" w:after="0" w:line="262" w:lineRule="auto"/>
        <w:ind w:right="5616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Экранно-звуковые пособия: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1. Аудиозаписи и фонохрестоматии по музыке.</w:t>
      </w:r>
    </w:p>
    <w:p w:rsidR="004D7A44" w:rsidRPr="002707FD" w:rsidRDefault="00664A7F">
      <w:pPr>
        <w:autoSpaceDE w:val="0"/>
        <w:autoSpaceDN w:val="0"/>
        <w:spacing w:before="72" w:after="0" w:line="262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2. Видеофильмы, посвященные творчеству выдающихся отечественных и зарубежных композиторов. 3. Видеофильмы с записью фрагментов из оперных спектаклей.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4. Видеофильмы с записью фрагментов из балетных спектаклей.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5. Видеофильмы с записью известных оркестровых коллективов.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6. Видеофильмы с записью фрагментов из мюзиклов.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7. Нотный и поэтический текст песен.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8. Изображения музыкантов, играющих на различных инструментах.</w:t>
      </w:r>
    </w:p>
    <w:p w:rsidR="004D7A44" w:rsidRPr="002707FD" w:rsidRDefault="00664A7F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9. Фотографии и репродукции картин крупнейших центров мировой музыкальной культуры.</w:t>
      </w:r>
    </w:p>
    <w:p w:rsidR="004D7A44" w:rsidRPr="00A328E4" w:rsidRDefault="00664A7F">
      <w:pPr>
        <w:autoSpaceDE w:val="0"/>
        <w:autoSpaceDN w:val="0"/>
        <w:spacing w:before="598" w:after="0" w:line="230" w:lineRule="auto"/>
        <w:rPr>
          <w:lang w:val="ru-RU"/>
        </w:rPr>
      </w:pPr>
      <w:r w:rsidRPr="00A328E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ОБОРУДОВАНИЕ ДЛЯ </w:t>
      </w:r>
      <w:proofErr w:type="gramStart"/>
      <w:r w:rsidRPr="00A328E4">
        <w:rPr>
          <w:rFonts w:ascii="Times New Roman" w:eastAsia="Times New Roman" w:hAnsi="Times New Roman"/>
          <w:b/>
          <w:color w:val="000000"/>
          <w:sz w:val="24"/>
          <w:lang w:val="ru-RU"/>
        </w:rPr>
        <w:t>ПРОВЕДЕНИЯ  ПРАКТИЧЕСКИХ</w:t>
      </w:r>
      <w:proofErr w:type="gramEnd"/>
      <w:r w:rsidRPr="00A328E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РАБОТ</w:t>
      </w:r>
    </w:p>
    <w:p w:rsidR="00A328E4" w:rsidRPr="002707FD" w:rsidRDefault="00A328E4" w:rsidP="00A328E4">
      <w:pPr>
        <w:autoSpaceDE w:val="0"/>
        <w:autoSpaceDN w:val="0"/>
        <w:spacing w:before="166" w:after="0" w:line="271" w:lineRule="auto"/>
        <w:ind w:right="7200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 xml:space="preserve">1. Музыкальный центр. </w:t>
      </w:r>
      <w:r w:rsidRPr="002707FD">
        <w:rPr>
          <w:lang w:val="ru-RU"/>
        </w:rPr>
        <w:br/>
      </w: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2. Компьютер.</w:t>
      </w:r>
    </w:p>
    <w:p w:rsidR="00A328E4" w:rsidRPr="002707FD" w:rsidRDefault="00A328E4" w:rsidP="00A328E4">
      <w:pPr>
        <w:autoSpaceDE w:val="0"/>
        <w:autoSpaceDN w:val="0"/>
        <w:spacing w:before="70" w:after="0" w:line="230" w:lineRule="auto"/>
        <w:rPr>
          <w:lang w:val="ru-RU"/>
        </w:rPr>
      </w:pPr>
      <w:r w:rsidRPr="002707FD">
        <w:rPr>
          <w:rFonts w:ascii="Times New Roman" w:eastAsia="Times New Roman" w:hAnsi="Times New Roman"/>
          <w:color w:val="000000"/>
          <w:sz w:val="24"/>
          <w:lang w:val="ru-RU"/>
        </w:rPr>
        <w:t>3. Экран, проектор.</w:t>
      </w:r>
    </w:p>
    <w:p w:rsidR="004D7A44" w:rsidRDefault="004D7A44"/>
    <w:p w:rsidR="00664A7F" w:rsidRDefault="00664A7F"/>
    <w:sectPr w:rsidR="00664A7F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DejaVu Serif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7671E"/>
    <w:rsid w:val="000B47DE"/>
    <w:rsid w:val="00142FB8"/>
    <w:rsid w:val="0015074B"/>
    <w:rsid w:val="001558CE"/>
    <w:rsid w:val="00190653"/>
    <w:rsid w:val="001E1625"/>
    <w:rsid w:val="00256B5B"/>
    <w:rsid w:val="002707FD"/>
    <w:rsid w:val="0029639D"/>
    <w:rsid w:val="002C4B7F"/>
    <w:rsid w:val="002F171C"/>
    <w:rsid w:val="002F4F1A"/>
    <w:rsid w:val="00326F90"/>
    <w:rsid w:val="003B6529"/>
    <w:rsid w:val="004D567D"/>
    <w:rsid w:val="004D7A44"/>
    <w:rsid w:val="005D1687"/>
    <w:rsid w:val="006454DD"/>
    <w:rsid w:val="00664A7F"/>
    <w:rsid w:val="007213A4"/>
    <w:rsid w:val="00732422"/>
    <w:rsid w:val="008F5D4C"/>
    <w:rsid w:val="00950702"/>
    <w:rsid w:val="00A124EE"/>
    <w:rsid w:val="00A328E4"/>
    <w:rsid w:val="00A658DE"/>
    <w:rsid w:val="00A91406"/>
    <w:rsid w:val="00AA1D8D"/>
    <w:rsid w:val="00B41E4E"/>
    <w:rsid w:val="00B471AE"/>
    <w:rsid w:val="00B47730"/>
    <w:rsid w:val="00B54FA3"/>
    <w:rsid w:val="00B8750E"/>
    <w:rsid w:val="00BF22E0"/>
    <w:rsid w:val="00C305E5"/>
    <w:rsid w:val="00C55CC4"/>
    <w:rsid w:val="00CB0664"/>
    <w:rsid w:val="00E63BC3"/>
    <w:rsid w:val="00E73FD9"/>
    <w:rsid w:val="00EF0CB5"/>
    <w:rsid w:val="00F37552"/>
    <w:rsid w:val="00F66719"/>
    <w:rsid w:val="00FA3DA0"/>
    <w:rsid w:val="00FC693F"/>
    <w:rsid w:val="00FD2CCE"/>
    <w:rsid w:val="00FE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14DD2412-4E6E-4919-A45D-899083400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664A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664A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B8A19E-315C-49D3-909E-0F65D8199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21</Pages>
  <Words>6035</Words>
  <Characters>34405</Characters>
  <Application>Microsoft Office Word</Application>
  <DocSecurity>0</DocSecurity>
  <Lines>286</Lines>
  <Paragraphs>80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40360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Расим</cp:lastModifiedBy>
  <cp:revision>39</cp:revision>
  <cp:lastPrinted>2022-10-12T18:11:00Z</cp:lastPrinted>
  <dcterms:created xsi:type="dcterms:W3CDTF">2013-12-23T23:15:00Z</dcterms:created>
  <dcterms:modified xsi:type="dcterms:W3CDTF">2023-01-25T09:04:00Z</dcterms:modified>
  <cp:category/>
</cp:coreProperties>
</file>